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596A0" w14:textId="46DB39F9" w:rsidR="003C7ABA" w:rsidRPr="00093FCF" w:rsidRDefault="003C7ABA" w:rsidP="003C7ABA">
      <w:pPr>
        <w:spacing w:after="200"/>
      </w:pPr>
      <w:r>
        <w:rPr>
          <w:bCs/>
          <w:noProof/>
          <w:lang w:eastAsia="fr-FR" w:bidi="fr-FR"/>
        </w:rPr>
        <mc:AlternateContent>
          <mc:Choice Requires="wps">
            <w:drawing>
              <wp:anchor distT="0" distB="0" distL="114300" distR="114300" simplePos="0" relativeHeight="251636224" behindDoc="0" locked="0" layoutInCell="1" allowOverlap="1" wp14:anchorId="558E69C6" wp14:editId="24B088C6">
                <wp:simplePos x="0" y="0"/>
                <wp:positionH relativeFrom="page">
                  <wp:posOffset>0</wp:posOffset>
                </wp:positionH>
                <wp:positionV relativeFrom="paragraph">
                  <wp:posOffset>-1019175</wp:posOffset>
                </wp:positionV>
                <wp:extent cx="7920000" cy="10800000"/>
                <wp:effectExtent l="0" t="0" r="5080" b="1905"/>
                <wp:wrapNone/>
                <wp:docPr id="1958130929" name="Rectangle 4"/>
                <wp:cNvGraphicFramePr/>
                <a:graphic xmlns:a="http://schemas.openxmlformats.org/drawingml/2006/main">
                  <a:graphicData uri="http://schemas.microsoft.com/office/word/2010/wordprocessingShape">
                    <wps:wsp>
                      <wps:cNvSpPr/>
                      <wps:spPr>
                        <a:xfrm>
                          <a:off x="0" y="0"/>
                          <a:ext cx="7920000" cy="10800000"/>
                        </a:xfrm>
                        <a:prstGeom prst="rect">
                          <a:avLst/>
                        </a:prstGeom>
                        <a:gradFill flip="none" rotWithShape="1">
                          <a:gsLst>
                            <a:gs pos="0">
                              <a:srgbClr val="000000"/>
                            </a:gs>
                            <a:gs pos="100000">
                              <a:srgbClr val="5C2D91">
                                <a:lumMod val="80000"/>
                              </a:srgbClr>
                            </a:gs>
                          </a:gsLst>
                          <a:lin ang="108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D4F89" id="Rectangle 4" o:spid="_x0000_s1026" style="position:absolute;margin-left:0;margin-top:-80.25pt;width:623.6pt;height:850.4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" fillcolor="black" stroked="f" strokeweight="2pt">
                <v:fill color2="#4a2474" rotate="t" angle="270" focus="100%" type="gradient"/>
                <w10:wrap anchorx="page"/>
              </v:rect>
            </w:pict>
          </mc:Fallback>
        </mc:AlternateContent>
      </w:r>
      <w:sdt>
        <w:sdtPr>
          <w:rPr>
            <w:rFonts w:asciiTheme="majorHAnsi" w:eastAsiaTheme="majorEastAsia" w:hAnsiTheme="majorHAnsi" w:cstheme="majorBidi"/>
            <w:b/>
            <w:bCs/>
            <w:color w:val="000000" w:themeColor="text1"/>
            <w:sz w:val="72"/>
            <w:szCs w:val="32"/>
            <w:lang w:eastAsia="fr-FR" w:bidi="fr-FR"/>
          </w:rPr>
          <w:id w:val="-1143738581"/>
          <w:docPartObj>
            <w:docPartGallery w:val="Cover Pages"/>
            <w:docPartUnique/>
          </w:docPartObj>
        </w:sdtPr>
        <w:sdtEndPr>
          <w:rPr>
            <w:rFonts w:ascii="Calibri" w:eastAsiaTheme="minorEastAsia" w:hAnsi="Calibri" w:cstheme="minorBidi"/>
            <w:color w:val="70E3D6"/>
            <w:sz w:val="60"/>
            <w:szCs w:val="60"/>
          </w:rPr>
        </w:sdtEndPr>
        <w:sdtContent>
          <w:r>
            <w:rPr>
              <w:noProof/>
            </w:rPr>
            <mc:AlternateContent>
              <mc:Choice Requires="wps">
                <w:drawing>
                  <wp:anchor distT="45720" distB="45720" distL="114300" distR="114300" simplePos="0" relativeHeight="251690496" behindDoc="0" locked="0" layoutInCell="1" allowOverlap="1" wp14:anchorId="245FB5BF" wp14:editId="2A66217C">
                    <wp:simplePos x="0" y="0"/>
                    <wp:positionH relativeFrom="page">
                      <wp:posOffset>1332230</wp:posOffset>
                    </wp:positionH>
                    <wp:positionV relativeFrom="paragraph">
                      <wp:posOffset>2844165</wp:posOffset>
                    </wp:positionV>
                    <wp:extent cx="4834393" cy="1404620"/>
                    <wp:effectExtent l="0" t="0" r="0" b="0"/>
                    <wp:wrapNone/>
                    <wp:docPr id="233777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393" cy="1404620"/>
                            </a:xfrm>
                            <a:prstGeom prst="rect">
                              <a:avLst/>
                            </a:prstGeom>
                            <a:noFill/>
                            <a:ln w="9525">
                              <a:noFill/>
                              <a:miter lim="800000"/>
                              <a:headEnd/>
                              <a:tailEnd/>
                            </a:ln>
                          </wps:spPr>
                          <wps:txbx>
                            <w:txbxContent>
                              <w:p w14:paraId="5C194527" w14:textId="3F824772" w:rsidR="003C7ABA" w:rsidRPr="003276C7" w:rsidRDefault="003C7ABA" w:rsidP="003C7ABA">
                                <w:pPr>
                                  <w:jc w:val="center"/>
                                  <w:rPr>
                                    <w:rFonts w:ascii="Proximus Light" w:hAnsi="Proximus Light"/>
                                    <w:color w:val="FFFFFF" w:themeColor="background1"/>
                                    <w:szCs w:val="20"/>
                                  </w:rPr>
                                </w:pPr>
                                <w:r w:rsidRPr="003C7ABA">
                                  <w:rPr>
                                    <w:rFonts w:ascii="Proximus Light" w:hAnsi="Proximus Light"/>
                                    <w:color w:val="FFFFFF" w:themeColor="background1"/>
                                    <w:szCs w:val="20"/>
                                  </w:rPr>
                                  <w:t xml:space="preserve">Created on </w:t>
                                </w:r>
                                <w:r w:rsidR="00D41B51">
                                  <w:rPr>
                                    <w:rFonts w:ascii="Proximus Light" w:hAnsi="Proximus Light"/>
                                    <w:color w:val="FFFFFF" w:themeColor="background1"/>
                                    <w:szCs w:val="20"/>
                                  </w:rPr>
                                  <w:t>21</w:t>
                                </w:r>
                                <w:r w:rsidRPr="003C7ABA">
                                  <w:rPr>
                                    <w:rFonts w:ascii="Proximus Light" w:hAnsi="Proximus Light"/>
                                    <w:color w:val="FFFFFF" w:themeColor="background1"/>
                                    <w:szCs w:val="20"/>
                                  </w:rPr>
                                  <w:t>/0</w:t>
                                </w:r>
                                <w:r w:rsidR="00D41B51">
                                  <w:rPr>
                                    <w:rFonts w:ascii="Proximus Light" w:hAnsi="Proximus Light"/>
                                    <w:color w:val="FFFFFF" w:themeColor="background1"/>
                                    <w:szCs w:val="20"/>
                                  </w:rPr>
                                  <w:t>7</w:t>
                                </w:r>
                                <w:r w:rsidRPr="003C7ABA">
                                  <w:rPr>
                                    <w:rFonts w:ascii="Proximus Light" w:hAnsi="Proximus Light"/>
                                    <w:color w:val="FFFFFF" w:themeColor="background1"/>
                                    <w:szCs w:val="20"/>
                                  </w:rPr>
                                  <w:t>/26 | Version 4.0 | Sensitivity: Public | TLP: CLEAR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FB5BF" id="_x0000_t202" coordsize="21600,21600" o:spt="202" path="m,l,21600r21600,l21600,xe">
                    <v:stroke joinstyle="miter"/>
                    <v:path gradientshapeok="t" o:connecttype="rect"/>
                  </v:shapetype>
                  <v:shape id="Text Box 2" o:spid="_x0000_s1026" type="#_x0000_t202" style="position:absolute;margin-left:104.9pt;margin-top:223.95pt;width:380.65pt;height:110.6pt;z-index:2516904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" filled="f" stroked="f">
                    <v:textbox style="mso-fit-shape-to-text:t">
                      <w:txbxContent>
                        <w:p w14:paraId="5C194527" w14:textId="3F824772" w:rsidR="003C7ABA" w:rsidRPr="003276C7" w:rsidRDefault="003C7ABA" w:rsidP="003C7ABA">
                          <w:pPr>
                            <w:jc w:val="center"/>
                            <w:rPr>
                              <w:rFonts w:ascii="Proximus Light" w:hAnsi="Proximus Light"/>
                              <w:color w:val="FFFFFF" w:themeColor="background1"/>
                              <w:szCs w:val="20"/>
                            </w:rPr>
                          </w:pPr>
                          <w:r w:rsidRPr="003C7ABA">
                            <w:rPr>
                              <w:rFonts w:ascii="Proximus Light" w:hAnsi="Proximus Light"/>
                              <w:color w:val="FFFFFF" w:themeColor="background1"/>
                              <w:szCs w:val="20"/>
                            </w:rPr>
                            <w:t xml:space="preserve">Created on </w:t>
                          </w:r>
                          <w:r w:rsidR="00D41B51">
                            <w:rPr>
                              <w:rFonts w:ascii="Proximus Light" w:hAnsi="Proximus Light"/>
                              <w:color w:val="FFFFFF" w:themeColor="background1"/>
                              <w:szCs w:val="20"/>
                            </w:rPr>
                            <w:t>21</w:t>
                          </w:r>
                          <w:r w:rsidRPr="003C7ABA">
                            <w:rPr>
                              <w:rFonts w:ascii="Proximus Light" w:hAnsi="Proximus Light"/>
                              <w:color w:val="FFFFFF" w:themeColor="background1"/>
                              <w:szCs w:val="20"/>
                            </w:rPr>
                            <w:t>/0</w:t>
                          </w:r>
                          <w:r w:rsidR="00D41B51">
                            <w:rPr>
                              <w:rFonts w:ascii="Proximus Light" w:hAnsi="Proximus Light"/>
                              <w:color w:val="FFFFFF" w:themeColor="background1"/>
                              <w:szCs w:val="20"/>
                            </w:rPr>
                            <w:t>7</w:t>
                          </w:r>
                          <w:r w:rsidRPr="003C7ABA">
                            <w:rPr>
                              <w:rFonts w:ascii="Proximus Light" w:hAnsi="Proximus Light"/>
                              <w:color w:val="FFFFFF" w:themeColor="background1"/>
                              <w:szCs w:val="20"/>
                            </w:rPr>
                            <w:t>/26 | Version 4.0 | Sensitivity: Public | TLP: CLEAR</w:t>
                          </w:r>
                        </w:p>
                      </w:txbxContent>
                    </v:textbox>
                    <w10:wrap anchorx="page"/>
                  </v:shape>
                </w:pict>
              </mc:Fallback>
            </mc:AlternateContent>
          </w:r>
          <w:r>
            <w:rPr>
              <w:noProof/>
            </w:rPr>
            <mc:AlternateContent>
              <mc:Choice Requires="wps">
                <w:drawing>
                  <wp:anchor distT="45720" distB="45720" distL="114300" distR="114300" simplePos="0" relativeHeight="251677184" behindDoc="0" locked="0" layoutInCell="1" allowOverlap="1" wp14:anchorId="713CF2E6" wp14:editId="6FAF8923">
                    <wp:simplePos x="0" y="0"/>
                    <wp:positionH relativeFrom="page">
                      <wp:posOffset>828675</wp:posOffset>
                    </wp:positionH>
                    <wp:positionV relativeFrom="paragraph">
                      <wp:posOffset>1014730</wp:posOffset>
                    </wp:positionV>
                    <wp:extent cx="5907819" cy="16668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819" cy="1666875"/>
                            </a:xfrm>
                            <a:prstGeom prst="rect">
                              <a:avLst/>
                            </a:prstGeom>
                            <a:noFill/>
                            <a:ln w="9525">
                              <a:noFill/>
                              <a:miter lim="800000"/>
                              <a:headEnd/>
                              <a:tailEnd/>
                            </a:ln>
                          </wps:spPr>
                          <wps:txbx>
                            <w:txbxContent>
                              <w:p w14:paraId="2AAA0E49" w14:textId="77777777" w:rsidR="003C7ABA" w:rsidRDefault="003C7ABA" w:rsidP="003C7ABA">
                                <w:pPr>
                                  <w:jc w:val="center"/>
                                  <w:rPr>
                                    <w:rFonts w:ascii="Proximus Light" w:hAnsi="Proximus Light"/>
                                    <w:color w:val="FFFFFF" w:themeColor="background1"/>
                                    <w:sz w:val="48"/>
                                    <w:szCs w:val="48"/>
                                  </w:rPr>
                                </w:pPr>
                                <w:r>
                                  <w:rPr>
                                    <w:rFonts w:ascii="Proximus Light" w:hAnsi="Proximus Light"/>
                                    <w:color w:val="FFFFFF" w:themeColor="background1"/>
                                    <w:sz w:val="48"/>
                                    <w:szCs w:val="48"/>
                                  </w:rPr>
                                  <w:t xml:space="preserve">Proximus Luxembourg </w:t>
                                </w:r>
                              </w:p>
                              <w:p w14:paraId="58F2E36E" w14:textId="05768917" w:rsidR="003C7ABA" w:rsidRPr="005869E3" w:rsidRDefault="003C7ABA" w:rsidP="003C7ABA">
                                <w:pPr>
                                  <w:jc w:val="center"/>
                                  <w:rPr>
                                    <w:rFonts w:ascii="Proximus Light" w:hAnsi="Proximus Light"/>
                                    <w:color w:val="FFFFFF" w:themeColor="background1"/>
                                    <w:sz w:val="48"/>
                                    <w:szCs w:val="48"/>
                                  </w:rPr>
                                </w:pPr>
                                <w:r>
                                  <w:rPr>
                                    <w:rFonts w:ascii="Proximus Light" w:hAnsi="Proximus Light"/>
                                    <w:color w:val="FFFFFF" w:themeColor="background1"/>
                                    <w:sz w:val="48"/>
                                    <w:szCs w:val="48"/>
                                  </w:rPr>
                                  <w:t>Cyber</w:t>
                                </w:r>
                                <w:r w:rsidR="00336549">
                                  <w:rPr>
                                    <w:rFonts w:ascii="Proximus Light" w:hAnsi="Proximus Light"/>
                                    <w:color w:val="FFFFFF" w:themeColor="background1"/>
                                    <w:sz w:val="48"/>
                                    <w:szCs w:val="48"/>
                                  </w:rPr>
                                  <w:t>S</w:t>
                                </w:r>
                                <w:r>
                                  <w:rPr>
                                    <w:rFonts w:ascii="Proximus Light" w:hAnsi="Proximus Light"/>
                                    <w:color w:val="FFFFFF" w:themeColor="background1"/>
                                    <w:sz w:val="48"/>
                                    <w:szCs w:val="48"/>
                                  </w:rPr>
                                  <w:t>ecurity Incident Response Team</w:t>
                                </w:r>
                                <w:r w:rsidRPr="005869E3">
                                  <w:rPr>
                                    <w:rFonts w:ascii="Proximus Light" w:hAnsi="Proximus Light"/>
                                    <w:color w:val="FFFFFF" w:themeColor="background1"/>
                                  </w:rPr>
                                  <w:br/>
                                </w:r>
                                <w:r w:rsidRPr="005869E3">
                                  <w:rPr>
                                    <w:rFonts w:ascii="Proximus Light" w:hAnsi="Proximus Light"/>
                                    <w:b/>
                                    <w:bCs/>
                                    <w:color w:val="FFFFFF" w:themeColor="background1"/>
                                  </w:rPr>
                                  <w:br/>
                                </w:r>
                                <w:r w:rsidR="00D37921">
                                  <w:rPr>
                                    <w:rFonts w:ascii="Proximus Light" w:hAnsi="Proximus Light"/>
                                    <w:b/>
                                    <w:bCs/>
                                    <w:color w:val="BD9DE1"/>
                                    <w:sz w:val="40"/>
                                    <w:szCs w:val="40"/>
                                  </w:rPr>
                                  <w:t>Incident</w:t>
                                </w:r>
                                <w:r>
                                  <w:rPr>
                                    <w:rFonts w:ascii="Proximus Light" w:hAnsi="Proximus Light"/>
                                    <w:b/>
                                    <w:bCs/>
                                    <w:color w:val="BD9DE1"/>
                                    <w:sz w:val="40"/>
                                    <w:szCs w:val="40"/>
                                  </w:rPr>
                                  <w:t xml:space="preserve"> Notification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CF2E6" id="_x0000_s1027" type="#_x0000_t202" style="position:absolute;margin-left:65.25pt;margin-top:79.9pt;width:465.2pt;height:131.25pt;z-index:2516771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" filled="f" stroked="f">
                    <v:textbox>
                      <w:txbxContent>
                        <w:p w14:paraId="2AAA0E49" w14:textId="77777777" w:rsidR="003C7ABA" w:rsidRDefault="003C7ABA" w:rsidP="003C7ABA">
                          <w:pPr>
                            <w:jc w:val="center"/>
                            <w:rPr>
                              <w:rFonts w:ascii="Proximus Light" w:hAnsi="Proximus Light"/>
                              <w:color w:val="FFFFFF" w:themeColor="background1"/>
                              <w:sz w:val="48"/>
                              <w:szCs w:val="48"/>
                            </w:rPr>
                          </w:pPr>
                          <w:r>
                            <w:rPr>
                              <w:rFonts w:ascii="Proximus Light" w:hAnsi="Proximus Light"/>
                              <w:color w:val="FFFFFF" w:themeColor="background1"/>
                              <w:sz w:val="48"/>
                              <w:szCs w:val="48"/>
                            </w:rPr>
                            <w:t xml:space="preserve">Proximus Luxembourg </w:t>
                          </w:r>
                        </w:p>
                        <w:p w14:paraId="58F2E36E" w14:textId="05768917" w:rsidR="003C7ABA" w:rsidRPr="005869E3" w:rsidRDefault="003C7ABA" w:rsidP="003C7ABA">
                          <w:pPr>
                            <w:jc w:val="center"/>
                            <w:rPr>
                              <w:rFonts w:ascii="Proximus Light" w:hAnsi="Proximus Light"/>
                              <w:color w:val="FFFFFF" w:themeColor="background1"/>
                              <w:sz w:val="48"/>
                              <w:szCs w:val="48"/>
                            </w:rPr>
                          </w:pPr>
                          <w:r>
                            <w:rPr>
                              <w:rFonts w:ascii="Proximus Light" w:hAnsi="Proximus Light"/>
                              <w:color w:val="FFFFFF" w:themeColor="background1"/>
                              <w:sz w:val="48"/>
                              <w:szCs w:val="48"/>
                            </w:rPr>
                            <w:t>Cyber</w:t>
                          </w:r>
                          <w:r w:rsidR="00336549">
                            <w:rPr>
                              <w:rFonts w:ascii="Proximus Light" w:hAnsi="Proximus Light"/>
                              <w:color w:val="FFFFFF" w:themeColor="background1"/>
                              <w:sz w:val="48"/>
                              <w:szCs w:val="48"/>
                            </w:rPr>
                            <w:t>S</w:t>
                          </w:r>
                          <w:r>
                            <w:rPr>
                              <w:rFonts w:ascii="Proximus Light" w:hAnsi="Proximus Light"/>
                              <w:color w:val="FFFFFF" w:themeColor="background1"/>
                              <w:sz w:val="48"/>
                              <w:szCs w:val="48"/>
                            </w:rPr>
                            <w:t>ecurity Incident Response Team</w:t>
                          </w:r>
                          <w:r w:rsidRPr="005869E3">
                            <w:rPr>
                              <w:rFonts w:ascii="Proximus Light" w:hAnsi="Proximus Light"/>
                              <w:color w:val="FFFFFF" w:themeColor="background1"/>
                            </w:rPr>
                            <w:br/>
                          </w:r>
                          <w:r w:rsidRPr="005869E3">
                            <w:rPr>
                              <w:rFonts w:ascii="Proximus Light" w:hAnsi="Proximus Light"/>
                              <w:b/>
                              <w:bCs/>
                              <w:color w:val="FFFFFF" w:themeColor="background1"/>
                            </w:rPr>
                            <w:br/>
                          </w:r>
                          <w:r w:rsidR="00D37921">
                            <w:rPr>
                              <w:rFonts w:ascii="Proximus Light" w:hAnsi="Proximus Light"/>
                              <w:b/>
                              <w:bCs/>
                              <w:color w:val="BD9DE1"/>
                              <w:sz w:val="40"/>
                              <w:szCs w:val="40"/>
                            </w:rPr>
                            <w:t>Incident</w:t>
                          </w:r>
                          <w:r>
                            <w:rPr>
                              <w:rFonts w:ascii="Proximus Light" w:hAnsi="Proximus Light"/>
                              <w:b/>
                              <w:bCs/>
                              <w:color w:val="BD9DE1"/>
                              <w:sz w:val="40"/>
                              <w:szCs w:val="40"/>
                            </w:rPr>
                            <w:t xml:space="preserve"> Notification Form</w:t>
                          </w:r>
                        </w:p>
                      </w:txbxContent>
                    </v:textbox>
                    <w10:wrap anchorx="page"/>
                  </v:shape>
                </w:pict>
              </mc:Fallback>
            </mc:AlternateContent>
          </w:r>
          <w:r>
            <w:rPr>
              <w:bCs/>
              <w:noProof/>
              <w:lang w:eastAsia="fr-FR" w:bidi="fr-FR"/>
            </w:rPr>
            <w:drawing>
              <wp:anchor distT="0" distB="0" distL="114300" distR="114300" simplePos="0" relativeHeight="251667968" behindDoc="0" locked="0" layoutInCell="1" allowOverlap="1" wp14:anchorId="5F2E2AEE" wp14:editId="2867DC2C">
                <wp:simplePos x="0" y="0"/>
                <wp:positionH relativeFrom="page">
                  <wp:posOffset>2633345</wp:posOffset>
                </wp:positionH>
                <wp:positionV relativeFrom="paragraph">
                  <wp:posOffset>-690245</wp:posOffset>
                </wp:positionV>
                <wp:extent cx="2274570" cy="1810385"/>
                <wp:effectExtent l="0" t="0" r="0" b="0"/>
                <wp:wrapNone/>
                <wp:docPr id="12681824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2447" name="Picture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274570" cy="181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B16">
            <w:rPr>
              <w:bCs/>
              <w:noProof/>
              <w:lang w:eastAsia="fr-FR" w:bidi="fr-FR"/>
            </w:rPr>
            <w:drawing>
              <wp:anchor distT="0" distB="0" distL="114300" distR="114300" simplePos="0" relativeHeight="251649536" behindDoc="0" locked="0" layoutInCell="1" allowOverlap="1" wp14:anchorId="030D5EAF" wp14:editId="3EB4FEDE">
                <wp:simplePos x="0" y="0"/>
                <wp:positionH relativeFrom="page">
                  <wp:posOffset>-7259485</wp:posOffset>
                </wp:positionH>
                <wp:positionV relativeFrom="paragraph">
                  <wp:posOffset>4316620</wp:posOffset>
                </wp:positionV>
                <wp:extent cx="16131600" cy="6364800"/>
                <wp:effectExtent l="0" t="0" r="3810" b="0"/>
                <wp:wrapNone/>
                <wp:docPr id="10" name="Picture Placeholder 9">
                  <a:extLst xmlns:a="http://schemas.openxmlformats.org/drawingml/2006/main">
                    <a:ext uri="{FF2B5EF4-FFF2-40B4-BE49-F238E27FC236}">
                      <a16:creationId xmlns:a16="http://schemas.microsoft.com/office/drawing/2014/main" id="{ECA65728-B322-1EA7-BD16-13E08D34F148}"/>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0" name="Picture Placeholder 9">
                          <a:extLst>
                            <a:ext uri="{FF2B5EF4-FFF2-40B4-BE49-F238E27FC236}">
                              <a16:creationId xmlns:a16="http://schemas.microsoft.com/office/drawing/2014/main" id="{ECA65728-B322-1EA7-BD16-13E08D34F148}"/>
                            </a:ext>
                          </a:extLst>
                        </pic:cNvPr>
                        <pic:cNvPicPr>
                          <a:picLocks noGrp="1" noChangeAspect="1"/>
                        </pic:cNvPicPr>
                      </pic:nvPicPr>
                      <pic:blipFill rotWithShape="1">
                        <a:blip r:embed="rId9" cstate="screen">
                          <a:duotone>
                            <a:prstClr val="black"/>
                            <a:schemeClr val="tx1">
                              <a:lumMod val="75000"/>
                              <a:tint val="45000"/>
                              <a:satMod val="400000"/>
                            </a:schemeClr>
                          </a:duotone>
                          <a:extLst>
                            <a:ext uri="{28A0092B-C50C-407E-A947-70E740481C1C}">
                              <a14:useLocalDpi xmlns:a14="http://schemas.microsoft.com/office/drawing/2010/main" val="0"/>
                            </a:ext>
                          </a:extLst>
                        </a:blip>
                        <a:srcRect l="-28347"/>
                        <a:stretch/>
                      </pic:blipFill>
                      <pic:spPr>
                        <a:xfrm>
                          <a:off x="0" y="0"/>
                          <a:ext cx="16131600" cy="6364800"/>
                        </a:xfrm>
                        <a:custGeom>
                          <a:avLst/>
                          <a:gdLst>
                            <a:gd name="connsiteX0" fmla="*/ 8396565 w 8398372"/>
                            <a:gd name="connsiteY0" fmla="*/ 2363974 h 5143500"/>
                            <a:gd name="connsiteX1" fmla="*/ 7532778 w 8398372"/>
                            <a:gd name="connsiteY1" fmla="*/ 3501898 h 5143500"/>
                            <a:gd name="connsiteX2" fmla="*/ 7532778 w 8398372"/>
                            <a:gd name="connsiteY2" fmla="*/ 3823377 h 5143500"/>
                            <a:gd name="connsiteX3" fmla="*/ 8316968 w 8398372"/>
                            <a:gd name="connsiteY3" fmla="*/ 4856442 h 5143500"/>
                            <a:gd name="connsiteX4" fmla="*/ 8396565 w 8398372"/>
                            <a:gd name="connsiteY4" fmla="*/ 4961300 h 5143500"/>
                            <a:gd name="connsiteX5" fmla="*/ 1132046 w 8398372"/>
                            <a:gd name="connsiteY5" fmla="*/ 1875268 h 5143500"/>
                            <a:gd name="connsiteX6" fmla="*/ 2156933 w 8398372"/>
                            <a:gd name="connsiteY6" fmla="*/ 2527843 h 5143500"/>
                            <a:gd name="connsiteX7" fmla="*/ 3022453 w 8398372"/>
                            <a:gd name="connsiteY7" fmla="*/ 4381157 h 5143500"/>
                            <a:gd name="connsiteX8" fmla="*/ 3129613 w 8398372"/>
                            <a:gd name="connsiteY8" fmla="*/ 4449849 h 5143500"/>
                            <a:gd name="connsiteX9" fmla="*/ 3247763 w 8398372"/>
                            <a:gd name="connsiteY9" fmla="*/ 4331699 h 5143500"/>
                            <a:gd name="connsiteX10" fmla="*/ 3247763 w 8398372"/>
                            <a:gd name="connsiteY10" fmla="*/ 1982428 h 5143500"/>
                            <a:gd name="connsiteX11" fmla="*/ 4261660 w 8398372"/>
                            <a:gd name="connsiteY11" fmla="*/ 1982428 h 5143500"/>
                            <a:gd name="connsiteX12" fmla="*/ 4261660 w 8398372"/>
                            <a:gd name="connsiteY12" fmla="*/ 4331699 h 5143500"/>
                            <a:gd name="connsiteX13" fmla="*/ 3929533 w 8398372"/>
                            <a:gd name="connsiteY13" fmla="*/ 5130932 h 5143500"/>
                            <a:gd name="connsiteX14" fmla="*/ 3915684 w 8398372"/>
                            <a:gd name="connsiteY14" fmla="*/ 5143500 h 5143500"/>
                            <a:gd name="connsiteX15" fmla="*/ 2347151 w 8398372"/>
                            <a:gd name="connsiteY15" fmla="*/ 5143500 h 5143500"/>
                            <a:gd name="connsiteX16" fmla="*/ 2281673 w 8398372"/>
                            <a:gd name="connsiteY16" fmla="*/ 5079263 h 5143500"/>
                            <a:gd name="connsiteX17" fmla="*/ 2104727 w 8398372"/>
                            <a:gd name="connsiteY17" fmla="*/ 4809796 h 5143500"/>
                            <a:gd name="connsiteX18" fmla="*/ 1239206 w 8398372"/>
                            <a:gd name="connsiteY18" fmla="*/ 2956483 h 5143500"/>
                            <a:gd name="connsiteX19" fmla="*/ 1132046 w 8398372"/>
                            <a:gd name="connsiteY19" fmla="*/ 2887790 h 5143500"/>
                            <a:gd name="connsiteX20" fmla="*/ 1013896 w 8398372"/>
                            <a:gd name="connsiteY20" fmla="*/ 3005940 h 5143500"/>
                            <a:gd name="connsiteX21" fmla="*/ 1013896 w 8398372"/>
                            <a:gd name="connsiteY21" fmla="*/ 5143500 h 5143500"/>
                            <a:gd name="connsiteX22" fmla="*/ 0 w 8398372"/>
                            <a:gd name="connsiteY22" fmla="*/ 5143500 h 5143500"/>
                            <a:gd name="connsiteX23" fmla="*/ 0 w 8398372"/>
                            <a:gd name="connsiteY23" fmla="*/ 3005940 h 5143500"/>
                            <a:gd name="connsiteX24" fmla="*/ 1132046 w 8398372"/>
                            <a:gd name="connsiteY24" fmla="*/ 1875268 h 5143500"/>
                            <a:gd name="connsiteX25" fmla="*/ 8396565 w 8398372"/>
                            <a:gd name="connsiteY25" fmla="*/ 0 h 5143500"/>
                            <a:gd name="connsiteX26" fmla="*/ 8398372 w 8398372"/>
                            <a:gd name="connsiteY26" fmla="*/ 0 h 5143500"/>
                            <a:gd name="connsiteX27" fmla="*/ 8398372 w 8398372"/>
                            <a:gd name="connsiteY27" fmla="*/ 5143500 h 5143500"/>
                            <a:gd name="connsiteX28" fmla="*/ 7275128 w 8398372"/>
                            <a:gd name="connsiteY28" fmla="*/ 5143500 h 5143500"/>
                            <a:gd name="connsiteX29" fmla="*/ 6733201 w 8398372"/>
                            <a:gd name="connsiteY29" fmla="*/ 4429242 h 5143500"/>
                            <a:gd name="connsiteX30" fmla="*/ 6551855 w 8398372"/>
                            <a:gd name="connsiteY30" fmla="*/ 4095398 h 5143500"/>
                            <a:gd name="connsiteX31" fmla="*/ 6370507 w 8398372"/>
                            <a:gd name="connsiteY31" fmla="*/ 4430616 h 5143500"/>
                            <a:gd name="connsiteX32" fmla="*/ 5829624 w 8398372"/>
                            <a:gd name="connsiteY32" fmla="*/ 5143500 h 5143500"/>
                            <a:gd name="connsiteX33" fmla="*/ 4568507 w 8398372"/>
                            <a:gd name="connsiteY33" fmla="*/ 5143500 h 5143500"/>
                            <a:gd name="connsiteX34" fmla="*/ 5569557 w 8398372"/>
                            <a:gd name="connsiteY34" fmla="*/ 3824751 h 5143500"/>
                            <a:gd name="connsiteX35" fmla="*/ 5569557 w 8398372"/>
                            <a:gd name="connsiteY35" fmla="*/ 3503272 h 5143500"/>
                            <a:gd name="connsiteX36" fmla="*/ 4421025 w 8398372"/>
                            <a:gd name="connsiteY36" fmla="*/ 1990671 h 5143500"/>
                            <a:gd name="connsiteX37" fmla="*/ 5682213 w 8398372"/>
                            <a:gd name="connsiteY37" fmla="*/ 1990671 h 5143500"/>
                            <a:gd name="connsiteX38" fmla="*/ 6369133 w 8398372"/>
                            <a:gd name="connsiteY38" fmla="*/ 2896034 h 5143500"/>
                            <a:gd name="connsiteX39" fmla="*/ 6550481 w 8398372"/>
                            <a:gd name="connsiteY39" fmla="*/ 3229877 h 5143500"/>
                            <a:gd name="connsiteX40" fmla="*/ 6731828 w 8398372"/>
                            <a:gd name="connsiteY40" fmla="*/ 2894660 h 5143500"/>
                            <a:gd name="connsiteX41" fmla="*/ 7418749 w 8398372"/>
                            <a:gd name="connsiteY41" fmla="*/ 1990671 h 5143500"/>
                            <a:gd name="connsiteX42" fmla="*/ 8396565 w 8398372"/>
                            <a:gd name="connsiteY42" fmla="*/ 1990671 h 5143500"/>
                            <a:gd name="connsiteX0" fmla="*/ 8396565 w 8398372"/>
                            <a:gd name="connsiteY0" fmla="*/ 2363974 h 5143500"/>
                            <a:gd name="connsiteX1" fmla="*/ 7532778 w 8398372"/>
                            <a:gd name="connsiteY1" fmla="*/ 3501898 h 5143500"/>
                            <a:gd name="connsiteX2" fmla="*/ 7532778 w 8398372"/>
                            <a:gd name="connsiteY2" fmla="*/ 3823377 h 5143500"/>
                            <a:gd name="connsiteX3" fmla="*/ 8316968 w 8398372"/>
                            <a:gd name="connsiteY3" fmla="*/ 4856442 h 5143500"/>
                            <a:gd name="connsiteX4" fmla="*/ 8396565 w 8398372"/>
                            <a:gd name="connsiteY4" fmla="*/ 4961300 h 5143500"/>
                            <a:gd name="connsiteX5" fmla="*/ 8396565 w 8398372"/>
                            <a:gd name="connsiteY5" fmla="*/ 2363974 h 5143500"/>
                            <a:gd name="connsiteX6" fmla="*/ 1132046 w 8398372"/>
                            <a:gd name="connsiteY6" fmla="*/ 1875268 h 5143500"/>
                            <a:gd name="connsiteX7" fmla="*/ 2156933 w 8398372"/>
                            <a:gd name="connsiteY7" fmla="*/ 2527843 h 5143500"/>
                            <a:gd name="connsiteX8" fmla="*/ 3022453 w 8398372"/>
                            <a:gd name="connsiteY8" fmla="*/ 4381157 h 5143500"/>
                            <a:gd name="connsiteX9" fmla="*/ 3129613 w 8398372"/>
                            <a:gd name="connsiteY9" fmla="*/ 4449849 h 5143500"/>
                            <a:gd name="connsiteX10" fmla="*/ 3247763 w 8398372"/>
                            <a:gd name="connsiteY10" fmla="*/ 4331699 h 5143500"/>
                            <a:gd name="connsiteX11" fmla="*/ 3247763 w 8398372"/>
                            <a:gd name="connsiteY11" fmla="*/ 1982428 h 5143500"/>
                            <a:gd name="connsiteX12" fmla="*/ 4261660 w 8398372"/>
                            <a:gd name="connsiteY12" fmla="*/ 1982428 h 5143500"/>
                            <a:gd name="connsiteX13" fmla="*/ 4261660 w 8398372"/>
                            <a:gd name="connsiteY13" fmla="*/ 4331699 h 5143500"/>
                            <a:gd name="connsiteX14" fmla="*/ 3929533 w 8398372"/>
                            <a:gd name="connsiteY14" fmla="*/ 5130932 h 5143500"/>
                            <a:gd name="connsiteX15" fmla="*/ 3915684 w 8398372"/>
                            <a:gd name="connsiteY15" fmla="*/ 5143500 h 5143500"/>
                            <a:gd name="connsiteX16" fmla="*/ 2347151 w 8398372"/>
                            <a:gd name="connsiteY16" fmla="*/ 5143500 h 5143500"/>
                            <a:gd name="connsiteX17" fmla="*/ 2281673 w 8398372"/>
                            <a:gd name="connsiteY17" fmla="*/ 5079263 h 5143500"/>
                            <a:gd name="connsiteX18" fmla="*/ 2104727 w 8398372"/>
                            <a:gd name="connsiteY18" fmla="*/ 4809796 h 5143500"/>
                            <a:gd name="connsiteX19" fmla="*/ 1239206 w 8398372"/>
                            <a:gd name="connsiteY19" fmla="*/ 2956483 h 5143500"/>
                            <a:gd name="connsiteX20" fmla="*/ 1132046 w 8398372"/>
                            <a:gd name="connsiteY20" fmla="*/ 2887790 h 5143500"/>
                            <a:gd name="connsiteX21" fmla="*/ 1013896 w 8398372"/>
                            <a:gd name="connsiteY21" fmla="*/ 3005940 h 5143500"/>
                            <a:gd name="connsiteX22" fmla="*/ 1013896 w 8398372"/>
                            <a:gd name="connsiteY22" fmla="*/ 5143500 h 5143500"/>
                            <a:gd name="connsiteX23" fmla="*/ 0 w 8398372"/>
                            <a:gd name="connsiteY23" fmla="*/ 5143500 h 5143500"/>
                            <a:gd name="connsiteX24" fmla="*/ 0 w 8398372"/>
                            <a:gd name="connsiteY24" fmla="*/ 3005940 h 5143500"/>
                            <a:gd name="connsiteX25" fmla="*/ 1132046 w 8398372"/>
                            <a:gd name="connsiteY25" fmla="*/ 1875268 h 5143500"/>
                            <a:gd name="connsiteX26" fmla="*/ 8396565 w 8398372"/>
                            <a:gd name="connsiteY26" fmla="*/ 1990671 h 5143500"/>
                            <a:gd name="connsiteX27" fmla="*/ 8398372 w 8398372"/>
                            <a:gd name="connsiteY27" fmla="*/ 0 h 5143500"/>
                            <a:gd name="connsiteX28" fmla="*/ 8398372 w 8398372"/>
                            <a:gd name="connsiteY28" fmla="*/ 5143500 h 5143500"/>
                            <a:gd name="connsiteX29" fmla="*/ 7275128 w 8398372"/>
                            <a:gd name="connsiteY29" fmla="*/ 5143500 h 5143500"/>
                            <a:gd name="connsiteX30" fmla="*/ 6733201 w 8398372"/>
                            <a:gd name="connsiteY30" fmla="*/ 4429242 h 5143500"/>
                            <a:gd name="connsiteX31" fmla="*/ 6551855 w 8398372"/>
                            <a:gd name="connsiteY31" fmla="*/ 4095398 h 5143500"/>
                            <a:gd name="connsiteX32" fmla="*/ 6370507 w 8398372"/>
                            <a:gd name="connsiteY32" fmla="*/ 4430616 h 5143500"/>
                            <a:gd name="connsiteX33" fmla="*/ 5829624 w 8398372"/>
                            <a:gd name="connsiteY33" fmla="*/ 5143500 h 5143500"/>
                            <a:gd name="connsiteX34" fmla="*/ 4568507 w 8398372"/>
                            <a:gd name="connsiteY34" fmla="*/ 5143500 h 5143500"/>
                            <a:gd name="connsiteX35" fmla="*/ 5569557 w 8398372"/>
                            <a:gd name="connsiteY35" fmla="*/ 3824751 h 5143500"/>
                            <a:gd name="connsiteX36" fmla="*/ 5569557 w 8398372"/>
                            <a:gd name="connsiteY36" fmla="*/ 3503272 h 5143500"/>
                            <a:gd name="connsiteX37" fmla="*/ 4421025 w 8398372"/>
                            <a:gd name="connsiteY37" fmla="*/ 1990671 h 5143500"/>
                            <a:gd name="connsiteX38" fmla="*/ 5682213 w 8398372"/>
                            <a:gd name="connsiteY38" fmla="*/ 1990671 h 5143500"/>
                            <a:gd name="connsiteX39" fmla="*/ 6369133 w 8398372"/>
                            <a:gd name="connsiteY39" fmla="*/ 2896034 h 5143500"/>
                            <a:gd name="connsiteX40" fmla="*/ 6550481 w 8398372"/>
                            <a:gd name="connsiteY40" fmla="*/ 3229877 h 5143500"/>
                            <a:gd name="connsiteX41" fmla="*/ 6731828 w 8398372"/>
                            <a:gd name="connsiteY41" fmla="*/ 2894660 h 5143500"/>
                            <a:gd name="connsiteX42" fmla="*/ 7418749 w 8398372"/>
                            <a:gd name="connsiteY42" fmla="*/ 1990671 h 5143500"/>
                            <a:gd name="connsiteX43" fmla="*/ 8396565 w 8398372"/>
                            <a:gd name="connsiteY43" fmla="*/ 1990671 h 5143500"/>
                            <a:gd name="connsiteX0" fmla="*/ 8396565 w 8528983"/>
                            <a:gd name="connsiteY0" fmla="*/ 488706 h 3268232"/>
                            <a:gd name="connsiteX1" fmla="*/ 7532778 w 8528983"/>
                            <a:gd name="connsiteY1" fmla="*/ 1626630 h 3268232"/>
                            <a:gd name="connsiteX2" fmla="*/ 7532778 w 8528983"/>
                            <a:gd name="connsiteY2" fmla="*/ 1948109 h 3268232"/>
                            <a:gd name="connsiteX3" fmla="*/ 8316968 w 8528983"/>
                            <a:gd name="connsiteY3" fmla="*/ 2981174 h 3268232"/>
                            <a:gd name="connsiteX4" fmla="*/ 8396565 w 8528983"/>
                            <a:gd name="connsiteY4" fmla="*/ 3086032 h 3268232"/>
                            <a:gd name="connsiteX5" fmla="*/ 8396565 w 8528983"/>
                            <a:gd name="connsiteY5" fmla="*/ 488706 h 3268232"/>
                            <a:gd name="connsiteX6" fmla="*/ 1132046 w 8528983"/>
                            <a:gd name="connsiteY6" fmla="*/ 0 h 3268232"/>
                            <a:gd name="connsiteX7" fmla="*/ 2156933 w 8528983"/>
                            <a:gd name="connsiteY7" fmla="*/ 652575 h 3268232"/>
                            <a:gd name="connsiteX8" fmla="*/ 3022453 w 8528983"/>
                            <a:gd name="connsiteY8" fmla="*/ 2505889 h 3268232"/>
                            <a:gd name="connsiteX9" fmla="*/ 3129613 w 8528983"/>
                            <a:gd name="connsiteY9" fmla="*/ 2574581 h 3268232"/>
                            <a:gd name="connsiteX10" fmla="*/ 3247763 w 8528983"/>
                            <a:gd name="connsiteY10" fmla="*/ 2456431 h 3268232"/>
                            <a:gd name="connsiteX11" fmla="*/ 3247763 w 8528983"/>
                            <a:gd name="connsiteY11" fmla="*/ 107160 h 3268232"/>
                            <a:gd name="connsiteX12" fmla="*/ 4261660 w 8528983"/>
                            <a:gd name="connsiteY12" fmla="*/ 107160 h 3268232"/>
                            <a:gd name="connsiteX13" fmla="*/ 4261660 w 8528983"/>
                            <a:gd name="connsiteY13" fmla="*/ 2456431 h 3268232"/>
                            <a:gd name="connsiteX14" fmla="*/ 3929533 w 8528983"/>
                            <a:gd name="connsiteY14" fmla="*/ 3255664 h 3268232"/>
                            <a:gd name="connsiteX15" fmla="*/ 3915684 w 8528983"/>
                            <a:gd name="connsiteY15" fmla="*/ 3268232 h 3268232"/>
                            <a:gd name="connsiteX16" fmla="*/ 2347151 w 8528983"/>
                            <a:gd name="connsiteY16" fmla="*/ 3268232 h 3268232"/>
                            <a:gd name="connsiteX17" fmla="*/ 2281673 w 8528983"/>
                            <a:gd name="connsiteY17" fmla="*/ 3203995 h 3268232"/>
                            <a:gd name="connsiteX18" fmla="*/ 2104727 w 8528983"/>
                            <a:gd name="connsiteY18" fmla="*/ 2934528 h 3268232"/>
                            <a:gd name="connsiteX19" fmla="*/ 1239206 w 8528983"/>
                            <a:gd name="connsiteY19" fmla="*/ 1081215 h 3268232"/>
                            <a:gd name="connsiteX20" fmla="*/ 1132046 w 8528983"/>
                            <a:gd name="connsiteY20" fmla="*/ 1012522 h 3268232"/>
                            <a:gd name="connsiteX21" fmla="*/ 1013896 w 8528983"/>
                            <a:gd name="connsiteY21" fmla="*/ 1130672 h 3268232"/>
                            <a:gd name="connsiteX22" fmla="*/ 1013896 w 8528983"/>
                            <a:gd name="connsiteY22" fmla="*/ 3268232 h 3268232"/>
                            <a:gd name="connsiteX23" fmla="*/ 0 w 8528983"/>
                            <a:gd name="connsiteY23" fmla="*/ 3268232 h 3268232"/>
                            <a:gd name="connsiteX24" fmla="*/ 0 w 8528983"/>
                            <a:gd name="connsiteY24" fmla="*/ 1130672 h 3268232"/>
                            <a:gd name="connsiteX25" fmla="*/ 1132046 w 8528983"/>
                            <a:gd name="connsiteY25" fmla="*/ 0 h 3268232"/>
                            <a:gd name="connsiteX26" fmla="*/ 8396565 w 8528983"/>
                            <a:gd name="connsiteY26" fmla="*/ 115403 h 3268232"/>
                            <a:gd name="connsiteX27" fmla="*/ 8398372 w 8528983"/>
                            <a:gd name="connsiteY27" fmla="*/ 3268232 h 3268232"/>
                            <a:gd name="connsiteX28" fmla="*/ 7275128 w 8528983"/>
                            <a:gd name="connsiteY28" fmla="*/ 3268232 h 3268232"/>
                            <a:gd name="connsiteX29" fmla="*/ 6733201 w 8528983"/>
                            <a:gd name="connsiteY29" fmla="*/ 2553974 h 3268232"/>
                            <a:gd name="connsiteX30" fmla="*/ 6551855 w 8528983"/>
                            <a:gd name="connsiteY30" fmla="*/ 2220130 h 3268232"/>
                            <a:gd name="connsiteX31" fmla="*/ 6370507 w 8528983"/>
                            <a:gd name="connsiteY31" fmla="*/ 2555348 h 3268232"/>
                            <a:gd name="connsiteX32" fmla="*/ 5829624 w 8528983"/>
                            <a:gd name="connsiteY32" fmla="*/ 3268232 h 3268232"/>
                            <a:gd name="connsiteX33" fmla="*/ 4568507 w 8528983"/>
                            <a:gd name="connsiteY33" fmla="*/ 3268232 h 3268232"/>
                            <a:gd name="connsiteX34" fmla="*/ 5569557 w 8528983"/>
                            <a:gd name="connsiteY34" fmla="*/ 1949483 h 3268232"/>
                            <a:gd name="connsiteX35" fmla="*/ 5569557 w 8528983"/>
                            <a:gd name="connsiteY35" fmla="*/ 1628004 h 3268232"/>
                            <a:gd name="connsiteX36" fmla="*/ 4421025 w 8528983"/>
                            <a:gd name="connsiteY36" fmla="*/ 115403 h 3268232"/>
                            <a:gd name="connsiteX37" fmla="*/ 5682213 w 8528983"/>
                            <a:gd name="connsiteY37" fmla="*/ 115403 h 3268232"/>
                            <a:gd name="connsiteX38" fmla="*/ 6369133 w 8528983"/>
                            <a:gd name="connsiteY38" fmla="*/ 1020766 h 3268232"/>
                            <a:gd name="connsiteX39" fmla="*/ 6550481 w 8528983"/>
                            <a:gd name="connsiteY39" fmla="*/ 1354609 h 3268232"/>
                            <a:gd name="connsiteX40" fmla="*/ 6731828 w 8528983"/>
                            <a:gd name="connsiteY40" fmla="*/ 1019392 h 3268232"/>
                            <a:gd name="connsiteX41" fmla="*/ 7418749 w 8528983"/>
                            <a:gd name="connsiteY41" fmla="*/ 115403 h 3268232"/>
                            <a:gd name="connsiteX42" fmla="*/ 8396565 w 8528983"/>
                            <a:gd name="connsiteY42" fmla="*/ 115403 h 3268232"/>
                            <a:gd name="connsiteX0" fmla="*/ 8396565 w 8686067"/>
                            <a:gd name="connsiteY0" fmla="*/ 488706 h 3268232"/>
                            <a:gd name="connsiteX1" fmla="*/ 7532778 w 8686067"/>
                            <a:gd name="connsiteY1" fmla="*/ 1626630 h 3268232"/>
                            <a:gd name="connsiteX2" fmla="*/ 7532778 w 8686067"/>
                            <a:gd name="connsiteY2" fmla="*/ 1948109 h 3268232"/>
                            <a:gd name="connsiteX3" fmla="*/ 8316968 w 8686067"/>
                            <a:gd name="connsiteY3" fmla="*/ 2981174 h 3268232"/>
                            <a:gd name="connsiteX4" fmla="*/ 8396565 w 8686067"/>
                            <a:gd name="connsiteY4" fmla="*/ 3086032 h 3268232"/>
                            <a:gd name="connsiteX5" fmla="*/ 8396565 w 8686067"/>
                            <a:gd name="connsiteY5" fmla="*/ 488706 h 3268232"/>
                            <a:gd name="connsiteX6" fmla="*/ 1132046 w 8686067"/>
                            <a:gd name="connsiteY6" fmla="*/ 0 h 3268232"/>
                            <a:gd name="connsiteX7" fmla="*/ 2156933 w 8686067"/>
                            <a:gd name="connsiteY7" fmla="*/ 652575 h 3268232"/>
                            <a:gd name="connsiteX8" fmla="*/ 3022453 w 8686067"/>
                            <a:gd name="connsiteY8" fmla="*/ 2505889 h 3268232"/>
                            <a:gd name="connsiteX9" fmla="*/ 3129613 w 8686067"/>
                            <a:gd name="connsiteY9" fmla="*/ 2574581 h 3268232"/>
                            <a:gd name="connsiteX10" fmla="*/ 3247763 w 8686067"/>
                            <a:gd name="connsiteY10" fmla="*/ 2456431 h 3268232"/>
                            <a:gd name="connsiteX11" fmla="*/ 3247763 w 8686067"/>
                            <a:gd name="connsiteY11" fmla="*/ 107160 h 3268232"/>
                            <a:gd name="connsiteX12" fmla="*/ 4261660 w 8686067"/>
                            <a:gd name="connsiteY12" fmla="*/ 107160 h 3268232"/>
                            <a:gd name="connsiteX13" fmla="*/ 4261660 w 8686067"/>
                            <a:gd name="connsiteY13" fmla="*/ 2456431 h 3268232"/>
                            <a:gd name="connsiteX14" fmla="*/ 3929533 w 8686067"/>
                            <a:gd name="connsiteY14" fmla="*/ 3255664 h 3268232"/>
                            <a:gd name="connsiteX15" fmla="*/ 3915684 w 8686067"/>
                            <a:gd name="connsiteY15" fmla="*/ 3268232 h 3268232"/>
                            <a:gd name="connsiteX16" fmla="*/ 2347151 w 8686067"/>
                            <a:gd name="connsiteY16" fmla="*/ 3268232 h 3268232"/>
                            <a:gd name="connsiteX17" fmla="*/ 2281673 w 8686067"/>
                            <a:gd name="connsiteY17" fmla="*/ 3203995 h 3268232"/>
                            <a:gd name="connsiteX18" fmla="*/ 2104727 w 8686067"/>
                            <a:gd name="connsiteY18" fmla="*/ 2934528 h 3268232"/>
                            <a:gd name="connsiteX19" fmla="*/ 1239206 w 8686067"/>
                            <a:gd name="connsiteY19" fmla="*/ 1081215 h 3268232"/>
                            <a:gd name="connsiteX20" fmla="*/ 1132046 w 8686067"/>
                            <a:gd name="connsiteY20" fmla="*/ 1012522 h 3268232"/>
                            <a:gd name="connsiteX21" fmla="*/ 1013896 w 8686067"/>
                            <a:gd name="connsiteY21" fmla="*/ 1130672 h 3268232"/>
                            <a:gd name="connsiteX22" fmla="*/ 1013896 w 8686067"/>
                            <a:gd name="connsiteY22" fmla="*/ 3268232 h 3268232"/>
                            <a:gd name="connsiteX23" fmla="*/ 0 w 8686067"/>
                            <a:gd name="connsiteY23" fmla="*/ 3268232 h 3268232"/>
                            <a:gd name="connsiteX24" fmla="*/ 0 w 8686067"/>
                            <a:gd name="connsiteY24" fmla="*/ 1130672 h 3268232"/>
                            <a:gd name="connsiteX25" fmla="*/ 1132046 w 8686067"/>
                            <a:gd name="connsiteY25" fmla="*/ 0 h 3268232"/>
                            <a:gd name="connsiteX26" fmla="*/ 8396565 w 8686067"/>
                            <a:gd name="connsiteY26" fmla="*/ 115403 h 3268232"/>
                            <a:gd name="connsiteX27" fmla="*/ 8398372 w 8686067"/>
                            <a:gd name="connsiteY27" fmla="*/ 3268232 h 3268232"/>
                            <a:gd name="connsiteX28" fmla="*/ 7275128 w 8686067"/>
                            <a:gd name="connsiteY28" fmla="*/ 3268232 h 3268232"/>
                            <a:gd name="connsiteX29" fmla="*/ 6733201 w 8686067"/>
                            <a:gd name="connsiteY29" fmla="*/ 2553974 h 3268232"/>
                            <a:gd name="connsiteX30" fmla="*/ 6551855 w 8686067"/>
                            <a:gd name="connsiteY30" fmla="*/ 2220130 h 3268232"/>
                            <a:gd name="connsiteX31" fmla="*/ 6370507 w 8686067"/>
                            <a:gd name="connsiteY31" fmla="*/ 2555348 h 3268232"/>
                            <a:gd name="connsiteX32" fmla="*/ 5829624 w 8686067"/>
                            <a:gd name="connsiteY32" fmla="*/ 3268232 h 3268232"/>
                            <a:gd name="connsiteX33" fmla="*/ 4568507 w 8686067"/>
                            <a:gd name="connsiteY33" fmla="*/ 3268232 h 3268232"/>
                            <a:gd name="connsiteX34" fmla="*/ 5569557 w 8686067"/>
                            <a:gd name="connsiteY34" fmla="*/ 1949483 h 3268232"/>
                            <a:gd name="connsiteX35" fmla="*/ 5569557 w 8686067"/>
                            <a:gd name="connsiteY35" fmla="*/ 1628004 h 3268232"/>
                            <a:gd name="connsiteX36" fmla="*/ 4421025 w 8686067"/>
                            <a:gd name="connsiteY36" fmla="*/ 115403 h 3268232"/>
                            <a:gd name="connsiteX37" fmla="*/ 5682213 w 8686067"/>
                            <a:gd name="connsiteY37" fmla="*/ 115403 h 3268232"/>
                            <a:gd name="connsiteX38" fmla="*/ 6369133 w 8686067"/>
                            <a:gd name="connsiteY38" fmla="*/ 1020766 h 3268232"/>
                            <a:gd name="connsiteX39" fmla="*/ 6550481 w 8686067"/>
                            <a:gd name="connsiteY39" fmla="*/ 1354609 h 3268232"/>
                            <a:gd name="connsiteX40" fmla="*/ 6731828 w 8686067"/>
                            <a:gd name="connsiteY40" fmla="*/ 1019392 h 3268232"/>
                            <a:gd name="connsiteX41" fmla="*/ 7418749 w 8686067"/>
                            <a:gd name="connsiteY41" fmla="*/ 115403 h 3268232"/>
                            <a:gd name="connsiteX42" fmla="*/ 8396565 w 8686067"/>
                            <a:gd name="connsiteY42" fmla="*/ 115403 h 3268232"/>
                            <a:gd name="connsiteX0" fmla="*/ 8396565 w 8644676"/>
                            <a:gd name="connsiteY0" fmla="*/ 488706 h 3268232"/>
                            <a:gd name="connsiteX1" fmla="*/ 7532778 w 8644676"/>
                            <a:gd name="connsiteY1" fmla="*/ 1626630 h 3268232"/>
                            <a:gd name="connsiteX2" fmla="*/ 7532778 w 8644676"/>
                            <a:gd name="connsiteY2" fmla="*/ 1948109 h 3268232"/>
                            <a:gd name="connsiteX3" fmla="*/ 8316968 w 8644676"/>
                            <a:gd name="connsiteY3" fmla="*/ 2981174 h 3268232"/>
                            <a:gd name="connsiteX4" fmla="*/ 8396565 w 8644676"/>
                            <a:gd name="connsiteY4" fmla="*/ 3086032 h 3268232"/>
                            <a:gd name="connsiteX5" fmla="*/ 8396565 w 8644676"/>
                            <a:gd name="connsiteY5" fmla="*/ 488706 h 3268232"/>
                            <a:gd name="connsiteX6" fmla="*/ 1132046 w 8644676"/>
                            <a:gd name="connsiteY6" fmla="*/ 0 h 3268232"/>
                            <a:gd name="connsiteX7" fmla="*/ 2156933 w 8644676"/>
                            <a:gd name="connsiteY7" fmla="*/ 652575 h 3268232"/>
                            <a:gd name="connsiteX8" fmla="*/ 3022453 w 8644676"/>
                            <a:gd name="connsiteY8" fmla="*/ 2505889 h 3268232"/>
                            <a:gd name="connsiteX9" fmla="*/ 3129613 w 8644676"/>
                            <a:gd name="connsiteY9" fmla="*/ 2574581 h 3268232"/>
                            <a:gd name="connsiteX10" fmla="*/ 3247763 w 8644676"/>
                            <a:gd name="connsiteY10" fmla="*/ 2456431 h 3268232"/>
                            <a:gd name="connsiteX11" fmla="*/ 3247763 w 8644676"/>
                            <a:gd name="connsiteY11" fmla="*/ 107160 h 3268232"/>
                            <a:gd name="connsiteX12" fmla="*/ 4261660 w 8644676"/>
                            <a:gd name="connsiteY12" fmla="*/ 107160 h 3268232"/>
                            <a:gd name="connsiteX13" fmla="*/ 4261660 w 8644676"/>
                            <a:gd name="connsiteY13" fmla="*/ 2456431 h 3268232"/>
                            <a:gd name="connsiteX14" fmla="*/ 3929533 w 8644676"/>
                            <a:gd name="connsiteY14" fmla="*/ 3255664 h 3268232"/>
                            <a:gd name="connsiteX15" fmla="*/ 3915684 w 8644676"/>
                            <a:gd name="connsiteY15" fmla="*/ 3268232 h 3268232"/>
                            <a:gd name="connsiteX16" fmla="*/ 2347151 w 8644676"/>
                            <a:gd name="connsiteY16" fmla="*/ 3268232 h 3268232"/>
                            <a:gd name="connsiteX17" fmla="*/ 2281673 w 8644676"/>
                            <a:gd name="connsiteY17" fmla="*/ 3203995 h 3268232"/>
                            <a:gd name="connsiteX18" fmla="*/ 2104727 w 8644676"/>
                            <a:gd name="connsiteY18" fmla="*/ 2934528 h 3268232"/>
                            <a:gd name="connsiteX19" fmla="*/ 1239206 w 8644676"/>
                            <a:gd name="connsiteY19" fmla="*/ 1081215 h 3268232"/>
                            <a:gd name="connsiteX20" fmla="*/ 1132046 w 8644676"/>
                            <a:gd name="connsiteY20" fmla="*/ 1012522 h 3268232"/>
                            <a:gd name="connsiteX21" fmla="*/ 1013896 w 8644676"/>
                            <a:gd name="connsiteY21" fmla="*/ 1130672 h 3268232"/>
                            <a:gd name="connsiteX22" fmla="*/ 1013896 w 8644676"/>
                            <a:gd name="connsiteY22" fmla="*/ 3268232 h 3268232"/>
                            <a:gd name="connsiteX23" fmla="*/ 0 w 8644676"/>
                            <a:gd name="connsiteY23" fmla="*/ 3268232 h 3268232"/>
                            <a:gd name="connsiteX24" fmla="*/ 0 w 8644676"/>
                            <a:gd name="connsiteY24" fmla="*/ 1130672 h 3268232"/>
                            <a:gd name="connsiteX25" fmla="*/ 1132046 w 8644676"/>
                            <a:gd name="connsiteY25" fmla="*/ 0 h 3268232"/>
                            <a:gd name="connsiteX26" fmla="*/ 8396565 w 8644676"/>
                            <a:gd name="connsiteY26" fmla="*/ 115403 h 3268232"/>
                            <a:gd name="connsiteX27" fmla="*/ 8398372 w 8644676"/>
                            <a:gd name="connsiteY27" fmla="*/ 3268232 h 3268232"/>
                            <a:gd name="connsiteX28" fmla="*/ 7275128 w 8644676"/>
                            <a:gd name="connsiteY28" fmla="*/ 3268232 h 3268232"/>
                            <a:gd name="connsiteX29" fmla="*/ 6733201 w 8644676"/>
                            <a:gd name="connsiteY29" fmla="*/ 2553974 h 3268232"/>
                            <a:gd name="connsiteX30" fmla="*/ 6551855 w 8644676"/>
                            <a:gd name="connsiteY30" fmla="*/ 2220130 h 3268232"/>
                            <a:gd name="connsiteX31" fmla="*/ 6370507 w 8644676"/>
                            <a:gd name="connsiteY31" fmla="*/ 2555348 h 3268232"/>
                            <a:gd name="connsiteX32" fmla="*/ 5829624 w 8644676"/>
                            <a:gd name="connsiteY32" fmla="*/ 3268232 h 3268232"/>
                            <a:gd name="connsiteX33" fmla="*/ 4568507 w 8644676"/>
                            <a:gd name="connsiteY33" fmla="*/ 3268232 h 3268232"/>
                            <a:gd name="connsiteX34" fmla="*/ 5569557 w 8644676"/>
                            <a:gd name="connsiteY34" fmla="*/ 1949483 h 3268232"/>
                            <a:gd name="connsiteX35" fmla="*/ 5569557 w 8644676"/>
                            <a:gd name="connsiteY35" fmla="*/ 1628004 h 3268232"/>
                            <a:gd name="connsiteX36" fmla="*/ 4421025 w 8644676"/>
                            <a:gd name="connsiteY36" fmla="*/ 115403 h 3268232"/>
                            <a:gd name="connsiteX37" fmla="*/ 5682213 w 8644676"/>
                            <a:gd name="connsiteY37" fmla="*/ 115403 h 3268232"/>
                            <a:gd name="connsiteX38" fmla="*/ 6369133 w 8644676"/>
                            <a:gd name="connsiteY38" fmla="*/ 1020766 h 3268232"/>
                            <a:gd name="connsiteX39" fmla="*/ 6550481 w 8644676"/>
                            <a:gd name="connsiteY39" fmla="*/ 1354609 h 3268232"/>
                            <a:gd name="connsiteX40" fmla="*/ 6731828 w 8644676"/>
                            <a:gd name="connsiteY40" fmla="*/ 1019392 h 3268232"/>
                            <a:gd name="connsiteX41" fmla="*/ 7418749 w 8644676"/>
                            <a:gd name="connsiteY41" fmla="*/ 115403 h 3268232"/>
                            <a:gd name="connsiteX42" fmla="*/ 8396565 w 8644676"/>
                            <a:gd name="connsiteY42" fmla="*/ 115403 h 3268232"/>
                            <a:gd name="connsiteX0" fmla="*/ 8396565 w 8644676"/>
                            <a:gd name="connsiteY0" fmla="*/ 488706 h 3268232"/>
                            <a:gd name="connsiteX1" fmla="*/ 7532778 w 8644676"/>
                            <a:gd name="connsiteY1" fmla="*/ 1626630 h 3268232"/>
                            <a:gd name="connsiteX2" fmla="*/ 7532778 w 8644676"/>
                            <a:gd name="connsiteY2" fmla="*/ 1948109 h 3268232"/>
                            <a:gd name="connsiteX3" fmla="*/ 8316968 w 8644676"/>
                            <a:gd name="connsiteY3" fmla="*/ 2981174 h 3268232"/>
                            <a:gd name="connsiteX4" fmla="*/ 8396565 w 8644676"/>
                            <a:gd name="connsiteY4" fmla="*/ 3086032 h 3268232"/>
                            <a:gd name="connsiteX5" fmla="*/ 8396565 w 8644676"/>
                            <a:gd name="connsiteY5" fmla="*/ 488706 h 3268232"/>
                            <a:gd name="connsiteX6" fmla="*/ 1132046 w 8644676"/>
                            <a:gd name="connsiteY6" fmla="*/ 0 h 3268232"/>
                            <a:gd name="connsiteX7" fmla="*/ 2156933 w 8644676"/>
                            <a:gd name="connsiteY7" fmla="*/ 652575 h 3268232"/>
                            <a:gd name="connsiteX8" fmla="*/ 3022453 w 8644676"/>
                            <a:gd name="connsiteY8" fmla="*/ 2505889 h 3268232"/>
                            <a:gd name="connsiteX9" fmla="*/ 3129613 w 8644676"/>
                            <a:gd name="connsiteY9" fmla="*/ 2574581 h 3268232"/>
                            <a:gd name="connsiteX10" fmla="*/ 3247763 w 8644676"/>
                            <a:gd name="connsiteY10" fmla="*/ 2456431 h 3268232"/>
                            <a:gd name="connsiteX11" fmla="*/ 3247763 w 8644676"/>
                            <a:gd name="connsiteY11" fmla="*/ 107160 h 3268232"/>
                            <a:gd name="connsiteX12" fmla="*/ 4261660 w 8644676"/>
                            <a:gd name="connsiteY12" fmla="*/ 107160 h 3268232"/>
                            <a:gd name="connsiteX13" fmla="*/ 4261660 w 8644676"/>
                            <a:gd name="connsiteY13" fmla="*/ 2456431 h 3268232"/>
                            <a:gd name="connsiteX14" fmla="*/ 3929533 w 8644676"/>
                            <a:gd name="connsiteY14" fmla="*/ 3255664 h 3268232"/>
                            <a:gd name="connsiteX15" fmla="*/ 3915684 w 8644676"/>
                            <a:gd name="connsiteY15" fmla="*/ 3268232 h 3268232"/>
                            <a:gd name="connsiteX16" fmla="*/ 2347151 w 8644676"/>
                            <a:gd name="connsiteY16" fmla="*/ 3268232 h 3268232"/>
                            <a:gd name="connsiteX17" fmla="*/ 2281673 w 8644676"/>
                            <a:gd name="connsiteY17" fmla="*/ 3203995 h 3268232"/>
                            <a:gd name="connsiteX18" fmla="*/ 2104727 w 8644676"/>
                            <a:gd name="connsiteY18" fmla="*/ 2934528 h 3268232"/>
                            <a:gd name="connsiteX19" fmla="*/ 1239206 w 8644676"/>
                            <a:gd name="connsiteY19" fmla="*/ 1081215 h 3268232"/>
                            <a:gd name="connsiteX20" fmla="*/ 1132046 w 8644676"/>
                            <a:gd name="connsiteY20" fmla="*/ 1012522 h 3268232"/>
                            <a:gd name="connsiteX21" fmla="*/ 1013896 w 8644676"/>
                            <a:gd name="connsiteY21" fmla="*/ 1130672 h 3268232"/>
                            <a:gd name="connsiteX22" fmla="*/ 1013896 w 8644676"/>
                            <a:gd name="connsiteY22" fmla="*/ 3268232 h 3268232"/>
                            <a:gd name="connsiteX23" fmla="*/ 0 w 8644676"/>
                            <a:gd name="connsiteY23" fmla="*/ 3268232 h 3268232"/>
                            <a:gd name="connsiteX24" fmla="*/ 0 w 8644676"/>
                            <a:gd name="connsiteY24" fmla="*/ 1130672 h 3268232"/>
                            <a:gd name="connsiteX25" fmla="*/ 1132046 w 8644676"/>
                            <a:gd name="connsiteY25" fmla="*/ 0 h 3268232"/>
                            <a:gd name="connsiteX26" fmla="*/ 8396565 w 8644676"/>
                            <a:gd name="connsiteY26" fmla="*/ 115403 h 3268232"/>
                            <a:gd name="connsiteX27" fmla="*/ 8398372 w 8644676"/>
                            <a:gd name="connsiteY27" fmla="*/ 3268232 h 3268232"/>
                            <a:gd name="connsiteX28" fmla="*/ 7275128 w 8644676"/>
                            <a:gd name="connsiteY28" fmla="*/ 3268232 h 3268232"/>
                            <a:gd name="connsiteX29" fmla="*/ 6733201 w 8644676"/>
                            <a:gd name="connsiteY29" fmla="*/ 2553974 h 3268232"/>
                            <a:gd name="connsiteX30" fmla="*/ 6551855 w 8644676"/>
                            <a:gd name="connsiteY30" fmla="*/ 2220130 h 3268232"/>
                            <a:gd name="connsiteX31" fmla="*/ 6370507 w 8644676"/>
                            <a:gd name="connsiteY31" fmla="*/ 2555348 h 3268232"/>
                            <a:gd name="connsiteX32" fmla="*/ 5829624 w 8644676"/>
                            <a:gd name="connsiteY32" fmla="*/ 3268232 h 3268232"/>
                            <a:gd name="connsiteX33" fmla="*/ 4568507 w 8644676"/>
                            <a:gd name="connsiteY33" fmla="*/ 3268232 h 3268232"/>
                            <a:gd name="connsiteX34" fmla="*/ 5569557 w 8644676"/>
                            <a:gd name="connsiteY34" fmla="*/ 1949483 h 3268232"/>
                            <a:gd name="connsiteX35" fmla="*/ 5569557 w 8644676"/>
                            <a:gd name="connsiteY35" fmla="*/ 1628004 h 3268232"/>
                            <a:gd name="connsiteX36" fmla="*/ 4421025 w 8644676"/>
                            <a:gd name="connsiteY36" fmla="*/ 115403 h 3268232"/>
                            <a:gd name="connsiteX37" fmla="*/ 5682213 w 8644676"/>
                            <a:gd name="connsiteY37" fmla="*/ 115403 h 3268232"/>
                            <a:gd name="connsiteX38" fmla="*/ 6369133 w 8644676"/>
                            <a:gd name="connsiteY38" fmla="*/ 1020766 h 3268232"/>
                            <a:gd name="connsiteX39" fmla="*/ 6550481 w 8644676"/>
                            <a:gd name="connsiteY39" fmla="*/ 1354609 h 3268232"/>
                            <a:gd name="connsiteX40" fmla="*/ 6731828 w 8644676"/>
                            <a:gd name="connsiteY40" fmla="*/ 1019392 h 3268232"/>
                            <a:gd name="connsiteX41" fmla="*/ 7418749 w 8644676"/>
                            <a:gd name="connsiteY41" fmla="*/ 115403 h 3268232"/>
                            <a:gd name="connsiteX42" fmla="*/ 8396565 w 8644676"/>
                            <a:gd name="connsiteY42" fmla="*/ 115403 h 3268232"/>
                            <a:gd name="connsiteX0" fmla="*/ 8396565 w 8398697"/>
                            <a:gd name="connsiteY0" fmla="*/ 488706 h 3268241"/>
                            <a:gd name="connsiteX1" fmla="*/ 7532778 w 8398697"/>
                            <a:gd name="connsiteY1" fmla="*/ 1626630 h 3268241"/>
                            <a:gd name="connsiteX2" fmla="*/ 7532778 w 8398697"/>
                            <a:gd name="connsiteY2" fmla="*/ 1948109 h 3268241"/>
                            <a:gd name="connsiteX3" fmla="*/ 8316968 w 8398697"/>
                            <a:gd name="connsiteY3" fmla="*/ 2981174 h 3268241"/>
                            <a:gd name="connsiteX4" fmla="*/ 8396565 w 8398697"/>
                            <a:gd name="connsiteY4" fmla="*/ 3086032 h 3268241"/>
                            <a:gd name="connsiteX5" fmla="*/ 8396565 w 8398697"/>
                            <a:gd name="connsiteY5" fmla="*/ 488706 h 3268241"/>
                            <a:gd name="connsiteX6" fmla="*/ 1132046 w 8398697"/>
                            <a:gd name="connsiteY6" fmla="*/ 0 h 3268241"/>
                            <a:gd name="connsiteX7" fmla="*/ 2156933 w 8398697"/>
                            <a:gd name="connsiteY7" fmla="*/ 652575 h 3268241"/>
                            <a:gd name="connsiteX8" fmla="*/ 3022453 w 8398697"/>
                            <a:gd name="connsiteY8" fmla="*/ 2505889 h 3268241"/>
                            <a:gd name="connsiteX9" fmla="*/ 3129613 w 8398697"/>
                            <a:gd name="connsiteY9" fmla="*/ 2574581 h 3268241"/>
                            <a:gd name="connsiteX10" fmla="*/ 3247763 w 8398697"/>
                            <a:gd name="connsiteY10" fmla="*/ 2456431 h 3268241"/>
                            <a:gd name="connsiteX11" fmla="*/ 3247763 w 8398697"/>
                            <a:gd name="connsiteY11" fmla="*/ 107160 h 3268241"/>
                            <a:gd name="connsiteX12" fmla="*/ 4261660 w 8398697"/>
                            <a:gd name="connsiteY12" fmla="*/ 107160 h 3268241"/>
                            <a:gd name="connsiteX13" fmla="*/ 4261660 w 8398697"/>
                            <a:gd name="connsiteY13" fmla="*/ 2456431 h 3268241"/>
                            <a:gd name="connsiteX14" fmla="*/ 3929533 w 8398697"/>
                            <a:gd name="connsiteY14" fmla="*/ 3255664 h 3268241"/>
                            <a:gd name="connsiteX15" fmla="*/ 3915684 w 8398697"/>
                            <a:gd name="connsiteY15" fmla="*/ 3268232 h 3268241"/>
                            <a:gd name="connsiteX16" fmla="*/ 2347151 w 8398697"/>
                            <a:gd name="connsiteY16" fmla="*/ 3268232 h 3268241"/>
                            <a:gd name="connsiteX17" fmla="*/ 2281673 w 8398697"/>
                            <a:gd name="connsiteY17" fmla="*/ 3203995 h 3268241"/>
                            <a:gd name="connsiteX18" fmla="*/ 2104727 w 8398697"/>
                            <a:gd name="connsiteY18" fmla="*/ 2934528 h 3268241"/>
                            <a:gd name="connsiteX19" fmla="*/ 1239206 w 8398697"/>
                            <a:gd name="connsiteY19" fmla="*/ 1081215 h 3268241"/>
                            <a:gd name="connsiteX20" fmla="*/ 1132046 w 8398697"/>
                            <a:gd name="connsiteY20" fmla="*/ 1012522 h 3268241"/>
                            <a:gd name="connsiteX21" fmla="*/ 1013896 w 8398697"/>
                            <a:gd name="connsiteY21" fmla="*/ 1130672 h 3268241"/>
                            <a:gd name="connsiteX22" fmla="*/ 1013896 w 8398697"/>
                            <a:gd name="connsiteY22" fmla="*/ 3268232 h 3268241"/>
                            <a:gd name="connsiteX23" fmla="*/ 0 w 8398697"/>
                            <a:gd name="connsiteY23" fmla="*/ 3268232 h 3268241"/>
                            <a:gd name="connsiteX24" fmla="*/ 0 w 8398697"/>
                            <a:gd name="connsiteY24" fmla="*/ 1130672 h 3268241"/>
                            <a:gd name="connsiteX25" fmla="*/ 1132046 w 8398697"/>
                            <a:gd name="connsiteY25" fmla="*/ 0 h 3268241"/>
                            <a:gd name="connsiteX26" fmla="*/ 8396565 w 8398697"/>
                            <a:gd name="connsiteY26" fmla="*/ 115403 h 3268241"/>
                            <a:gd name="connsiteX27" fmla="*/ 8398372 w 8398697"/>
                            <a:gd name="connsiteY27" fmla="*/ 3268232 h 3268241"/>
                            <a:gd name="connsiteX28" fmla="*/ 7275128 w 8398697"/>
                            <a:gd name="connsiteY28" fmla="*/ 3268232 h 3268241"/>
                            <a:gd name="connsiteX29" fmla="*/ 6733201 w 8398697"/>
                            <a:gd name="connsiteY29" fmla="*/ 2553974 h 3268241"/>
                            <a:gd name="connsiteX30" fmla="*/ 6551855 w 8398697"/>
                            <a:gd name="connsiteY30" fmla="*/ 2220130 h 3268241"/>
                            <a:gd name="connsiteX31" fmla="*/ 6370507 w 8398697"/>
                            <a:gd name="connsiteY31" fmla="*/ 2555348 h 3268241"/>
                            <a:gd name="connsiteX32" fmla="*/ 5829624 w 8398697"/>
                            <a:gd name="connsiteY32" fmla="*/ 3268232 h 3268241"/>
                            <a:gd name="connsiteX33" fmla="*/ 4568507 w 8398697"/>
                            <a:gd name="connsiteY33" fmla="*/ 3268232 h 3268241"/>
                            <a:gd name="connsiteX34" fmla="*/ 5569557 w 8398697"/>
                            <a:gd name="connsiteY34" fmla="*/ 1949483 h 3268241"/>
                            <a:gd name="connsiteX35" fmla="*/ 5569557 w 8398697"/>
                            <a:gd name="connsiteY35" fmla="*/ 1628004 h 3268241"/>
                            <a:gd name="connsiteX36" fmla="*/ 4421025 w 8398697"/>
                            <a:gd name="connsiteY36" fmla="*/ 115403 h 3268241"/>
                            <a:gd name="connsiteX37" fmla="*/ 5682213 w 8398697"/>
                            <a:gd name="connsiteY37" fmla="*/ 115403 h 3268241"/>
                            <a:gd name="connsiteX38" fmla="*/ 6369133 w 8398697"/>
                            <a:gd name="connsiteY38" fmla="*/ 1020766 h 3268241"/>
                            <a:gd name="connsiteX39" fmla="*/ 6550481 w 8398697"/>
                            <a:gd name="connsiteY39" fmla="*/ 1354609 h 3268241"/>
                            <a:gd name="connsiteX40" fmla="*/ 6731828 w 8398697"/>
                            <a:gd name="connsiteY40" fmla="*/ 1019392 h 3268241"/>
                            <a:gd name="connsiteX41" fmla="*/ 7418749 w 8398697"/>
                            <a:gd name="connsiteY41" fmla="*/ 115403 h 3268241"/>
                            <a:gd name="connsiteX42" fmla="*/ 8396565 w 8398697"/>
                            <a:gd name="connsiteY42" fmla="*/ 115403 h 32682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8398697" h="3268241">
                              <a:moveTo>
                                <a:pt x="8396565" y="488706"/>
                              </a:moveTo>
                              <a:lnTo>
                                <a:pt x="7532778" y="1626630"/>
                              </a:lnTo>
                              <a:cubicBezTo>
                                <a:pt x="7461339" y="1721425"/>
                                <a:pt x="7461339" y="1853314"/>
                                <a:pt x="7532778" y="1948109"/>
                              </a:cubicBezTo>
                              <a:lnTo>
                                <a:pt x="8316968" y="2981174"/>
                              </a:lnTo>
                              <a:lnTo>
                                <a:pt x="8396565" y="3086032"/>
                              </a:lnTo>
                              <a:lnTo>
                                <a:pt x="8396565" y="488706"/>
                              </a:lnTo>
                              <a:close/>
                              <a:moveTo>
                                <a:pt x="1132046" y="0"/>
                              </a:moveTo>
                              <a:cubicBezTo>
                                <a:pt x="1570303" y="0"/>
                                <a:pt x="1972838" y="255535"/>
                                <a:pt x="2156933" y="652575"/>
                              </a:cubicBezTo>
                              <a:lnTo>
                                <a:pt x="3022453" y="2505889"/>
                              </a:lnTo>
                              <a:cubicBezTo>
                                <a:pt x="3041687" y="2548478"/>
                                <a:pt x="3084276" y="2574581"/>
                                <a:pt x="3129613" y="2574581"/>
                              </a:cubicBezTo>
                              <a:cubicBezTo>
                                <a:pt x="3194184" y="2574581"/>
                                <a:pt x="3247763" y="2521002"/>
                                <a:pt x="3247763" y="2456431"/>
                              </a:cubicBezTo>
                              <a:lnTo>
                                <a:pt x="3247763" y="107160"/>
                              </a:lnTo>
                              <a:lnTo>
                                <a:pt x="4261660" y="107160"/>
                              </a:lnTo>
                              <a:lnTo>
                                <a:pt x="4261660" y="2456431"/>
                              </a:lnTo>
                              <a:cubicBezTo>
                                <a:pt x="4261660" y="2768293"/>
                                <a:pt x="4134579" y="3050961"/>
                                <a:pt x="3929533" y="3255664"/>
                              </a:cubicBezTo>
                              <a:lnTo>
                                <a:pt x="3915684" y="3268232"/>
                              </a:lnTo>
                              <a:lnTo>
                                <a:pt x="2347151" y="3268232"/>
                              </a:lnTo>
                              <a:lnTo>
                                <a:pt x="2281673" y="3203995"/>
                              </a:lnTo>
                              <a:cubicBezTo>
                                <a:pt x="2211028" y="3124205"/>
                                <a:pt x="2151094" y="3033789"/>
                                <a:pt x="2104727" y="2934528"/>
                              </a:cubicBezTo>
                              <a:lnTo>
                                <a:pt x="1239206" y="1081215"/>
                              </a:lnTo>
                              <a:cubicBezTo>
                                <a:pt x="1219972" y="1038625"/>
                                <a:pt x="1177383" y="1012522"/>
                                <a:pt x="1132046" y="1012522"/>
                              </a:cubicBezTo>
                              <a:cubicBezTo>
                                <a:pt x="1067476" y="1012522"/>
                                <a:pt x="1013896" y="1066102"/>
                                <a:pt x="1013896" y="1130672"/>
                              </a:cubicBezTo>
                              <a:lnTo>
                                <a:pt x="1013896" y="3268232"/>
                              </a:lnTo>
                              <a:lnTo>
                                <a:pt x="0" y="3268232"/>
                              </a:lnTo>
                              <a:lnTo>
                                <a:pt x="0" y="1130672"/>
                              </a:lnTo>
                              <a:cubicBezTo>
                                <a:pt x="0" y="506948"/>
                                <a:pt x="508322" y="0"/>
                                <a:pt x="1132046" y="0"/>
                              </a:cubicBezTo>
                              <a:close/>
                              <a:moveTo>
                                <a:pt x="8396565" y="115403"/>
                              </a:moveTo>
                              <a:cubicBezTo>
                                <a:pt x="8391561" y="107475"/>
                                <a:pt x="8400469" y="3274582"/>
                                <a:pt x="8398372" y="3268232"/>
                              </a:cubicBezTo>
                              <a:lnTo>
                                <a:pt x="7275128" y="3268232"/>
                              </a:lnTo>
                              <a:lnTo>
                                <a:pt x="6733201" y="2553974"/>
                              </a:lnTo>
                              <a:cubicBezTo>
                                <a:pt x="6654893" y="2450936"/>
                                <a:pt x="6594444" y="2338281"/>
                                <a:pt x="6551855" y="2220130"/>
                              </a:cubicBezTo>
                              <a:cubicBezTo>
                                <a:pt x="6509266" y="2338281"/>
                                <a:pt x="6448817" y="2450936"/>
                                <a:pt x="6370507" y="2555348"/>
                              </a:cubicBezTo>
                              <a:lnTo>
                                <a:pt x="5829624" y="3268232"/>
                              </a:lnTo>
                              <a:lnTo>
                                <a:pt x="4568507" y="3268232"/>
                              </a:lnTo>
                              <a:lnTo>
                                <a:pt x="5569557" y="1949483"/>
                              </a:lnTo>
                              <a:cubicBezTo>
                                <a:pt x="5640997" y="1854687"/>
                                <a:pt x="5640997" y="1722799"/>
                                <a:pt x="5569557" y="1628004"/>
                              </a:cubicBezTo>
                              <a:lnTo>
                                <a:pt x="4421025" y="115403"/>
                              </a:lnTo>
                              <a:lnTo>
                                <a:pt x="5682213" y="115403"/>
                              </a:lnTo>
                              <a:lnTo>
                                <a:pt x="6369133" y="1020766"/>
                              </a:lnTo>
                              <a:cubicBezTo>
                                <a:pt x="6447443" y="1123804"/>
                                <a:pt x="6507892" y="1236459"/>
                                <a:pt x="6550481" y="1354609"/>
                              </a:cubicBezTo>
                              <a:cubicBezTo>
                                <a:pt x="6593070" y="1236459"/>
                                <a:pt x="6653519" y="1123804"/>
                                <a:pt x="6731828" y="1019392"/>
                              </a:cubicBezTo>
                              <a:lnTo>
                                <a:pt x="7418749" y="115403"/>
                              </a:lnTo>
                              <a:lnTo>
                                <a:pt x="8396565" y="115403"/>
                              </a:lnTo>
                              <a:close/>
                            </a:path>
                          </a:pathLst>
                        </a:custGeom>
                        <a:solidFill>
                          <a:schemeClr val="tx1">
                            <a:lumMod val="50000"/>
                          </a:schemeClr>
                        </a:solid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4656" behindDoc="0" locked="0" layoutInCell="1" allowOverlap="1" wp14:anchorId="7B00D388" wp14:editId="69BFF55A">
                    <wp:simplePos x="0" y="0"/>
                    <wp:positionH relativeFrom="page">
                      <wp:posOffset>-540082</wp:posOffset>
                    </wp:positionH>
                    <wp:positionV relativeFrom="paragraph">
                      <wp:posOffset>916940</wp:posOffset>
                    </wp:positionV>
                    <wp:extent cx="5049078" cy="9771800"/>
                    <wp:effectExtent l="0" t="0" r="0" b="1270"/>
                    <wp:wrapNone/>
                    <wp:docPr id="1826534489" name="Graphic 7"/>
                    <wp:cNvGraphicFramePr/>
                    <a:graphic xmlns:a="http://schemas.openxmlformats.org/drawingml/2006/main">
                      <a:graphicData uri="http://schemas.microsoft.com/office/word/2010/wordprocessingShape">
                        <wps:wsp>
                          <wps:cNvSpPr/>
                          <wps:spPr>
                            <a:xfrm>
                              <a:off x="0" y="0"/>
                              <a:ext cx="5049078" cy="9771800"/>
                            </a:xfrm>
                            <a:custGeom>
                              <a:avLst/>
                              <a:gdLst/>
                              <a:ahLst/>
                              <a:cxnLst/>
                              <a:rect l="l" t="t" r="r" b="b"/>
                              <a:pathLst>
                                <a:path w="5111750" h="8486775">
                                  <a:moveTo>
                                    <a:pt x="42649" y="0"/>
                                  </a:moveTo>
                                  <a:lnTo>
                                    <a:pt x="16439" y="4881"/>
                                  </a:lnTo>
                                  <a:lnTo>
                                    <a:pt x="0" y="14403"/>
                                  </a:lnTo>
                                  <a:lnTo>
                                    <a:pt x="0" y="8486273"/>
                                  </a:lnTo>
                                  <a:lnTo>
                                    <a:pt x="3143968" y="8486273"/>
                                  </a:lnTo>
                                  <a:lnTo>
                                    <a:pt x="4998952" y="6324617"/>
                                  </a:lnTo>
                                  <a:lnTo>
                                    <a:pt x="5027089" y="6288096"/>
                                  </a:lnTo>
                                  <a:lnTo>
                                    <a:pt x="5051207" y="6249052"/>
                                  </a:lnTo>
                                  <a:lnTo>
                                    <a:pt x="5071305" y="6207874"/>
                                  </a:lnTo>
                                  <a:lnTo>
                                    <a:pt x="5087384" y="6164949"/>
                                  </a:lnTo>
                                  <a:lnTo>
                                    <a:pt x="5099443" y="6120667"/>
                                  </a:lnTo>
                                  <a:lnTo>
                                    <a:pt x="5107482" y="6075414"/>
                                  </a:lnTo>
                                  <a:lnTo>
                                    <a:pt x="5111502" y="6029579"/>
                                  </a:lnTo>
                                  <a:lnTo>
                                    <a:pt x="5111502" y="5983550"/>
                                  </a:lnTo>
                                  <a:lnTo>
                                    <a:pt x="5107482" y="5937715"/>
                                  </a:lnTo>
                                  <a:lnTo>
                                    <a:pt x="5099443" y="5892462"/>
                                  </a:lnTo>
                                  <a:lnTo>
                                    <a:pt x="5087384" y="5848180"/>
                                  </a:lnTo>
                                  <a:lnTo>
                                    <a:pt x="5071305" y="5805255"/>
                                  </a:lnTo>
                                  <a:lnTo>
                                    <a:pt x="5051207" y="5764077"/>
                                  </a:lnTo>
                                  <a:lnTo>
                                    <a:pt x="5027089" y="5725033"/>
                                  </a:lnTo>
                                  <a:lnTo>
                                    <a:pt x="4998952" y="5688512"/>
                                  </a:lnTo>
                                  <a:lnTo>
                                    <a:pt x="209426" y="107027"/>
                                  </a:lnTo>
                                  <a:lnTo>
                                    <a:pt x="172391" y="67696"/>
                                  </a:lnTo>
                                  <a:lnTo>
                                    <a:pt x="136871" y="37447"/>
                                  </a:lnTo>
                                  <a:lnTo>
                                    <a:pt x="103190" y="16162"/>
                                  </a:lnTo>
                                  <a:lnTo>
                                    <a:pt x="42649" y="0"/>
                                  </a:lnTo>
                                  <a:close/>
                                </a:path>
                              </a:pathLst>
                            </a:custGeom>
                            <a:gradFill flip="none" rotWithShape="1">
                              <a:gsLst>
                                <a:gs pos="0">
                                  <a:schemeClr val="tx1">
                                    <a:alpha val="50000"/>
                                  </a:schemeClr>
                                </a:gs>
                                <a:gs pos="100000">
                                  <a:schemeClr val="tx1">
                                    <a:alpha val="0"/>
                                  </a:schemeClr>
                                </a:gs>
                              </a:gsLst>
                              <a:path path="circle">
                                <a:fillToRect l="100000" b="100000"/>
                              </a:path>
                              <a:tileRect t="-100000" r="-100000"/>
                            </a:gra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A1580" id="Graphic 7" o:spid="_x0000_s1026" style="position:absolute;margin-left:-42.55pt;margin-top:72.2pt;width:397.55pt;height:769.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5111750,848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" path="m42649,l16439,4881,,14403,,8486273r3143968,l4998952,6324617r28137,-36521l5051207,6249052r20098,-41178l5087384,6164949r12059,-44282l5107482,6075414r4020,-45835l5111502,5983550r-4020,-45835l5099443,5892462r-12059,-44282l5071305,5805255r-20098,-41178l5027089,5725033r-28137,-36521l209426,107027,172391,67696,136871,37447,103190,16162,42649,xe" fillcolor="black [3213]" stroked="f">
                    <v:fill opacity=".5" color2="black [3213]" o:opacity2="0" rotate="t" focusposition="1" focussize="" focus="100%" type="gradientRadial"/>
                    <v:path arrowok="t"/>
                    <w10:wrap anchorx="page"/>
                  </v:shape>
                </w:pict>
              </mc:Fallback>
            </mc:AlternateContent>
          </w:r>
          <w:r w:rsidRPr="00093FCF">
            <w:rPr>
              <w:b/>
              <w:bCs/>
              <w:color w:val="70E3D6"/>
              <w:sz w:val="60"/>
              <w:szCs w:val="60"/>
              <w:lang w:eastAsia="fr-FR" w:bidi="fr-FR"/>
            </w:rPr>
            <w:br w:type="page"/>
          </w:r>
        </w:sdtContent>
      </w:sdt>
    </w:p>
    <w:p w14:paraId="0505A0BE" w14:textId="7FD51A65" w:rsidR="00E14AF4" w:rsidRPr="00336549" w:rsidRDefault="00F117FD" w:rsidP="00535842">
      <w:pPr>
        <w:jc w:val="both"/>
        <w:rPr>
          <w:rFonts w:ascii="Proximus Light" w:hAnsi="Proximus Light"/>
        </w:rPr>
      </w:pPr>
      <w:r w:rsidRPr="00336549">
        <w:rPr>
          <w:rFonts w:ascii="Proximus Light" w:hAnsi="Proximus Light"/>
        </w:rPr>
        <w:lastRenderedPageBreak/>
        <w:t>The Proximus Luxembourg CSIRT (</w:t>
      </w:r>
      <w:r w:rsidRPr="00336549">
        <w:rPr>
          <w:rFonts w:ascii="Proximus Light" w:hAnsi="Proximus Light"/>
          <w:b/>
        </w:rPr>
        <w:t>PXS-LU-CSIRT</w:t>
      </w:r>
      <w:r w:rsidRPr="00336549">
        <w:rPr>
          <w:rFonts w:ascii="Proximus Light" w:hAnsi="Proximus Light"/>
        </w:rPr>
        <w:t xml:space="preserve">) is the response entity for the computer incidents related to the Autonomous System Number (ASN) </w:t>
      </w:r>
      <w:r w:rsidRPr="00336549">
        <w:rPr>
          <w:rFonts w:ascii="Proximus Light" w:hAnsi="Proximus Light"/>
          <w:b/>
        </w:rPr>
        <w:t>AS56665</w:t>
      </w:r>
      <w:r w:rsidRPr="00336549">
        <w:rPr>
          <w:rFonts w:ascii="Proximus Light" w:hAnsi="Proximus Light"/>
        </w:rPr>
        <w:t>.</w:t>
      </w:r>
    </w:p>
    <w:p w14:paraId="78D6E124" w14:textId="7727035A" w:rsidR="00D37921" w:rsidRDefault="00D37921" w:rsidP="00535842">
      <w:pPr>
        <w:jc w:val="both"/>
        <w:rPr>
          <w:rFonts w:ascii="Proximus Light" w:hAnsi="Proximus Light"/>
        </w:rPr>
      </w:pPr>
      <w:r w:rsidRPr="00D37921">
        <w:rPr>
          <w:rFonts w:ascii="Proximus Light" w:hAnsi="Proximus Light"/>
        </w:rPr>
        <w:t xml:space="preserve">To report a security incident, please complete this form as thoroughly as possible and send it to csirt (at) proximus (dot) lu </w:t>
      </w:r>
      <w:r w:rsidR="009F7821">
        <w:rPr>
          <w:rFonts w:ascii="Proximus Light" w:hAnsi="Proximus Light"/>
        </w:rPr>
        <w:t>-</w:t>
      </w:r>
      <w:r w:rsidRPr="00D37921">
        <w:rPr>
          <w:rFonts w:ascii="Proximus Light" w:hAnsi="Proximus Light"/>
        </w:rPr>
        <w:t xml:space="preserve"> preferably PGP/GPG encrypted (PGP KeyID 6E2EA9F8).</w:t>
      </w:r>
      <w:r w:rsidRPr="00D37921">
        <w:rPr>
          <w:rFonts w:ascii="Proximus Light" w:hAnsi="Proximus Light"/>
        </w:rPr>
        <w:t xml:space="preserve"> </w:t>
      </w:r>
    </w:p>
    <w:p w14:paraId="0FCE292A" w14:textId="079EF984" w:rsidR="00E14AF4" w:rsidRPr="00336549" w:rsidRDefault="00F117FD" w:rsidP="00535842">
      <w:pPr>
        <w:jc w:val="both"/>
        <w:rPr>
          <w:rFonts w:ascii="Proximus Light" w:hAnsi="Proximus Light"/>
        </w:rPr>
      </w:pPr>
      <w:r w:rsidRPr="00336549">
        <w:rPr>
          <w:rFonts w:ascii="Proximus Light" w:hAnsi="Proximus Light"/>
        </w:rPr>
        <w:t>PXS-LU-CSIRT hours of operation are restricted to regular business hours: 09h00-17h00 CET from Monday to Friday except during Luxembourg’s public holidays. Outside of these hours and in case of emergency, the email telecomsd (at) proximus (dot) lu address, mainly dedicated to operational problems, can be contacted.</w:t>
      </w:r>
    </w:p>
    <w:p w14:paraId="730DEB4C" w14:textId="67FD8BDB" w:rsidR="00E14AF4" w:rsidRPr="00336549" w:rsidRDefault="00F117FD" w:rsidP="00535842">
      <w:pPr>
        <w:jc w:val="both"/>
        <w:rPr>
          <w:rFonts w:ascii="Proximus Light" w:hAnsi="Proximus Light"/>
        </w:rPr>
      </w:pPr>
      <w:r w:rsidRPr="00336549">
        <w:rPr>
          <w:rFonts w:ascii="Proximus Light" w:hAnsi="Proximus Light"/>
        </w:rPr>
        <w:t xml:space="preserve">All reported information will be treated confidentially according to our policies (please refer to our rfc2350 available at </w:t>
      </w:r>
      <w:r w:rsidR="00D37921" w:rsidRPr="00D37921">
        <w:rPr>
          <w:rFonts w:ascii="Proximus Light" w:hAnsi="Proximus Light"/>
        </w:rPr>
        <w:t>https://www.proximusnxt.lu/en/csirt</w:t>
      </w:r>
      <w:r w:rsidRPr="00336549">
        <w:rPr>
          <w:rFonts w:ascii="Proximus Light" w:hAnsi="Proximus Light"/>
        </w:rPr>
        <w:t>).</w:t>
      </w:r>
    </w:p>
    <w:p w14:paraId="7808C7E7" w14:textId="77777777" w:rsidR="00E14AF4" w:rsidRDefault="00E14AF4"/>
    <w:tbl>
      <w:tblPr>
        <w:tblW w:w="0" w:type="auto"/>
        <w:tblLook w:val="04A0" w:firstRow="1" w:lastRow="0" w:firstColumn="1" w:lastColumn="0" w:noHBand="0" w:noVBand="1"/>
      </w:tblPr>
      <w:tblGrid>
        <w:gridCol w:w="9638"/>
      </w:tblGrid>
      <w:tr w:rsidR="00E14AF4" w14:paraId="407012B3" w14:textId="77777777">
        <w:tc>
          <w:tcPr>
            <w:tcW w:w="9638" w:type="dxa"/>
            <w:tcBorders>
              <w:top w:val="single" w:sz="6" w:space="0" w:color="8B5DC8"/>
              <w:left w:val="single" w:sz="6" w:space="0" w:color="8B5DC8"/>
              <w:bottom w:val="single" w:sz="6" w:space="0" w:color="8B5DC8"/>
              <w:right w:val="single" w:sz="6" w:space="0" w:color="8B5DC8"/>
            </w:tcBorders>
            <w:shd w:val="clear" w:color="auto" w:fill="F3EDF9"/>
          </w:tcPr>
          <w:p w14:paraId="279E0CB3" w14:textId="37AF21E8" w:rsidR="00D37921" w:rsidRPr="00D37921" w:rsidRDefault="00D37921" w:rsidP="00D37921">
            <w:pPr>
              <w:spacing w:before="80"/>
              <w:jc w:val="both"/>
              <w:rPr>
                <w:rFonts w:ascii="Proximus Light" w:hAnsi="Proximus Light"/>
                <w:b/>
                <w:bCs/>
                <w:sz w:val="18"/>
              </w:rPr>
            </w:pPr>
            <w:r w:rsidRPr="00D37921">
              <w:rPr>
                <w:rFonts w:ascii="Proximus Light" w:hAnsi="Proximus Light"/>
                <w:b/>
                <w:bCs/>
                <w:sz w:val="18"/>
              </w:rPr>
              <w:t>IMPORTANT REMINDERS</w:t>
            </w:r>
          </w:p>
          <w:p w14:paraId="7A174FFC" w14:textId="27D49FE8" w:rsidR="009F7821" w:rsidRPr="009F7821" w:rsidRDefault="00D37921" w:rsidP="009F7821">
            <w:pPr>
              <w:pStyle w:val="ListParagraph"/>
              <w:numPr>
                <w:ilvl w:val="0"/>
                <w:numId w:val="15"/>
              </w:numPr>
              <w:spacing w:before="80"/>
              <w:jc w:val="both"/>
              <w:rPr>
                <w:rFonts w:ascii="Proximus Light" w:hAnsi="Proximus Light"/>
                <w:sz w:val="18"/>
              </w:rPr>
            </w:pPr>
            <w:r w:rsidRPr="009F7821">
              <w:rPr>
                <w:rFonts w:ascii="Proximus Light" w:hAnsi="Proximus Light"/>
                <w:sz w:val="18"/>
              </w:rPr>
              <w:t xml:space="preserve">File a complaint with legal authorities (Police Grand-ducale, Parquet du Luxembourg) if applicable.  </w:t>
            </w:r>
          </w:p>
          <w:p w14:paraId="085793A3" w14:textId="7ED7221A" w:rsidR="009F7821" w:rsidRPr="009F7821" w:rsidRDefault="00D37921" w:rsidP="009F7821">
            <w:pPr>
              <w:pStyle w:val="ListParagraph"/>
              <w:numPr>
                <w:ilvl w:val="0"/>
                <w:numId w:val="15"/>
              </w:numPr>
              <w:spacing w:before="80"/>
              <w:jc w:val="both"/>
              <w:rPr>
                <w:rFonts w:ascii="Proximus Light" w:hAnsi="Proximus Light"/>
                <w:sz w:val="18"/>
              </w:rPr>
            </w:pPr>
            <w:r w:rsidRPr="009F7821">
              <w:rPr>
                <w:rFonts w:ascii="Proximus Light" w:hAnsi="Proximus Light"/>
                <w:sz w:val="18"/>
              </w:rPr>
              <w:t xml:space="preserve">If personal data was compromised, notify the CNPD within 72 hours (GDPR). </w:t>
            </w:r>
          </w:p>
          <w:p w14:paraId="5A31F40B" w14:textId="49A74805" w:rsidR="009F7821" w:rsidRPr="009F7821" w:rsidRDefault="00D37921" w:rsidP="009F7821">
            <w:pPr>
              <w:pStyle w:val="ListParagraph"/>
              <w:numPr>
                <w:ilvl w:val="0"/>
                <w:numId w:val="15"/>
              </w:numPr>
              <w:spacing w:before="80"/>
              <w:jc w:val="both"/>
              <w:rPr>
                <w:rFonts w:ascii="Proximus Light" w:hAnsi="Proximus Light"/>
                <w:sz w:val="18"/>
              </w:rPr>
            </w:pPr>
            <w:r w:rsidRPr="009F7821">
              <w:rPr>
                <w:rFonts w:ascii="Proximus Light" w:hAnsi="Proximus Light"/>
                <w:sz w:val="18"/>
              </w:rPr>
              <w:t xml:space="preserve">If the affected entity falls under DORA, assess whether this qualifies as a major ICT-related incident requiring regulatory notification. </w:t>
            </w:r>
          </w:p>
          <w:p w14:paraId="03E9EE85" w14:textId="1E0C9BDF" w:rsidR="00D37921" w:rsidRPr="009F7821" w:rsidRDefault="00D37921" w:rsidP="009F7821">
            <w:pPr>
              <w:pStyle w:val="ListParagraph"/>
              <w:numPr>
                <w:ilvl w:val="0"/>
                <w:numId w:val="15"/>
              </w:numPr>
              <w:spacing w:before="80"/>
              <w:jc w:val="both"/>
              <w:rPr>
                <w:rFonts w:ascii="Proximus Light" w:hAnsi="Proximus Light"/>
                <w:sz w:val="18"/>
              </w:rPr>
            </w:pPr>
            <w:r w:rsidRPr="009F7821">
              <w:rPr>
                <w:rFonts w:ascii="Proximus Light" w:hAnsi="Proximus Light"/>
                <w:sz w:val="18"/>
              </w:rPr>
              <w:t>All information is treated confidentially per our RFC 2350 policy</w:t>
            </w:r>
            <w:r w:rsidRPr="009F7821">
              <w:rPr>
                <w:rFonts w:ascii="Proximus Light" w:hAnsi="Proximus Light"/>
                <w:sz w:val="18"/>
              </w:rPr>
              <w:t>.</w:t>
            </w:r>
          </w:p>
        </w:tc>
      </w:tr>
    </w:tbl>
    <w:p w14:paraId="268A2137" w14:textId="77777777" w:rsidR="00E14AF4" w:rsidRDefault="00E14AF4"/>
    <w:p w14:paraId="79913355" w14:textId="77777777" w:rsidR="00E14AF4" w:rsidRDefault="00E14AF4"/>
    <w:p w14:paraId="2119210D" w14:textId="77777777" w:rsidR="00E14AF4" w:rsidRDefault="00E14AF4"/>
    <w:p w14:paraId="5C15B315" w14:textId="77777777" w:rsidR="00E14AF4" w:rsidRDefault="00F117FD">
      <w:r>
        <w:br w:type="page"/>
      </w:r>
    </w:p>
    <w:tbl>
      <w:tblPr>
        <w:tblW w:w="0" w:type="auto"/>
        <w:tblLook w:val="04A0" w:firstRow="1" w:lastRow="0" w:firstColumn="1" w:lastColumn="0" w:noHBand="0" w:noVBand="1"/>
      </w:tblPr>
      <w:tblGrid>
        <w:gridCol w:w="9638"/>
      </w:tblGrid>
      <w:tr w:rsidR="00E14AF4" w14:paraId="30AB07BD" w14:textId="77777777">
        <w:tc>
          <w:tcPr>
            <w:tcW w:w="9638" w:type="dxa"/>
            <w:shd w:val="clear" w:color="auto" w:fill="5B2D8E"/>
          </w:tcPr>
          <w:p w14:paraId="478411C8" w14:textId="4714B363" w:rsidR="00E14AF4" w:rsidRPr="00336549" w:rsidRDefault="00F117FD">
            <w:pPr>
              <w:spacing w:before="40" w:after="40"/>
              <w:rPr>
                <w:rFonts w:ascii="Proximus Light" w:hAnsi="Proximus Light"/>
              </w:rPr>
            </w:pPr>
            <w:r w:rsidRPr="00336549">
              <w:rPr>
                <w:rFonts w:ascii="Proximus Light" w:hAnsi="Proximus Light"/>
                <w:b/>
                <w:color w:val="FFFFFF"/>
                <w:sz w:val="24"/>
              </w:rPr>
              <w:lastRenderedPageBreak/>
              <w:t xml:space="preserve">SECTION 1 </w:t>
            </w:r>
            <w:r w:rsidR="003E7F42" w:rsidRPr="00336549">
              <w:rPr>
                <w:rFonts w:ascii="Proximus Light" w:hAnsi="Proximus Light"/>
                <w:b/>
                <w:color w:val="FFFFFF"/>
                <w:sz w:val="24"/>
              </w:rPr>
              <w:t xml:space="preserve">- </w:t>
            </w:r>
            <w:r w:rsidRPr="00336549">
              <w:rPr>
                <w:rFonts w:ascii="Proximus Light" w:hAnsi="Proximus Light"/>
                <w:b/>
                <w:color w:val="FFFFFF"/>
                <w:sz w:val="24"/>
              </w:rPr>
              <w:t>About the Reporter</w:t>
            </w:r>
          </w:p>
        </w:tc>
      </w:tr>
    </w:tbl>
    <w:p w14:paraId="2C54AE96" w14:textId="77777777" w:rsidR="00E14AF4" w:rsidRDefault="00E14AF4"/>
    <w:p w14:paraId="5AB70E29" w14:textId="77777777" w:rsidR="00D37921" w:rsidRPr="00D37921" w:rsidRDefault="00D37921" w:rsidP="00D37921">
      <w:pPr>
        <w:rPr>
          <w:rFonts w:ascii="Proximus Light" w:hAnsi="Proximus Light"/>
          <w:b/>
          <w:sz w:val="18"/>
          <w:lang w:val="en-CH"/>
        </w:rPr>
      </w:pPr>
      <w:r w:rsidRPr="00D37921">
        <w:rPr>
          <w:rFonts w:ascii="Proximus Light" w:hAnsi="Proximus Light"/>
          <w:b/>
          <w:bCs/>
          <w:sz w:val="18"/>
          <w:lang w:val="en-CH"/>
        </w:rPr>
        <w:t>Organization / Company</w:t>
      </w: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14743ABB"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3BA718EE" w14:textId="77777777" w:rsidR="00D37921" w:rsidRPr="00D37921" w:rsidRDefault="00D37921" w:rsidP="00D37921">
            <w:pPr>
              <w:rPr>
                <w:rFonts w:ascii="Proximus Light" w:hAnsi="Proximus Light"/>
                <w:b/>
                <w:sz w:val="18"/>
                <w:lang w:val="en-CH"/>
              </w:rPr>
            </w:pPr>
          </w:p>
        </w:tc>
      </w:tr>
    </w:tbl>
    <w:p w14:paraId="06A3511C" w14:textId="77777777" w:rsidR="00D37921" w:rsidRDefault="00D37921" w:rsidP="00D37921">
      <w:pPr>
        <w:rPr>
          <w:rFonts w:ascii="Proximus Light" w:hAnsi="Proximus Light"/>
          <w:b/>
          <w:bCs/>
          <w:sz w:val="18"/>
          <w:lang w:val="en-CH"/>
        </w:rPr>
      </w:pPr>
    </w:p>
    <w:p w14:paraId="49FDCA5C" w14:textId="6BCF314D" w:rsidR="00D37921" w:rsidRDefault="00D37921" w:rsidP="00D37921">
      <w:pPr>
        <w:rPr>
          <w:rFonts w:ascii="Proximus Light" w:hAnsi="Proximus Light"/>
          <w:b/>
          <w:bCs/>
          <w:sz w:val="18"/>
          <w:lang w:val="en-CH"/>
        </w:rPr>
      </w:pPr>
      <w:r w:rsidRPr="00D37921">
        <w:rPr>
          <w:rFonts w:ascii="Proximus Light" w:hAnsi="Proximus Light"/>
          <w:b/>
          <w:bCs/>
          <w:sz w:val="18"/>
          <w:lang w:val="en-CH"/>
        </w:rPr>
        <w:t>Contact Name / Job Title</w:t>
      </w:r>
    </w:p>
    <w:p w14:paraId="4E37D4F1" w14:textId="77777777" w:rsidR="00D37921" w:rsidRPr="00D37921" w:rsidRDefault="00D37921" w:rsidP="00D37921">
      <w:pPr>
        <w:rPr>
          <w:rFonts w:ascii="Proximus Light" w:hAnsi="Proximus Light"/>
          <w:b/>
          <w:sz w:val="18"/>
          <w:lang w:val="en-CH"/>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746AD9CF" w14:textId="77777777">
        <w:tc>
          <w:tcPr>
            <w:tcW w:w="481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8490EA1" w14:textId="77777777" w:rsidR="00D37921" w:rsidRPr="00D37921" w:rsidRDefault="00D37921" w:rsidP="009F7821">
            <w:pPr>
              <w:jc w:val="center"/>
              <w:rPr>
                <w:rFonts w:ascii="Proximus Light" w:hAnsi="Proximus Light"/>
                <w:b/>
                <w:sz w:val="18"/>
                <w:lang w:val="en-CH"/>
              </w:rPr>
            </w:pPr>
            <w:r w:rsidRPr="00D37921">
              <w:rPr>
                <w:rFonts w:ascii="Proximus Light" w:hAnsi="Proximus Light"/>
                <w:b/>
                <w:bCs/>
                <w:sz w:val="18"/>
                <w:lang w:val="en-CH"/>
              </w:rPr>
              <w:t>Contact Name</w:t>
            </w:r>
          </w:p>
        </w:tc>
        <w:tc>
          <w:tcPr>
            <w:tcW w:w="481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5C2FCD9" w14:textId="77777777" w:rsidR="00D37921" w:rsidRPr="00D37921" w:rsidRDefault="00D37921" w:rsidP="009F7821">
            <w:pPr>
              <w:jc w:val="center"/>
              <w:rPr>
                <w:rFonts w:ascii="Proximus Light" w:hAnsi="Proximus Light"/>
                <w:b/>
                <w:sz w:val="18"/>
                <w:lang w:val="en-CH"/>
              </w:rPr>
            </w:pPr>
            <w:r w:rsidRPr="00D37921">
              <w:rPr>
                <w:rFonts w:ascii="Proximus Light" w:hAnsi="Proximus Light"/>
                <w:b/>
                <w:bCs/>
                <w:sz w:val="18"/>
                <w:lang w:val="en-CH"/>
              </w:rPr>
              <w:t>Job Title / Role</w:t>
            </w:r>
          </w:p>
        </w:tc>
      </w:tr>
      <w:tr w:rsidR="00D37921" w:rsidRPr="00D37921" w14:paraId="394E9335" w14:textId="77777777">
        <w:tc>
          <w:tcPr>
            <w:tcW w:w="4819"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4232D741" w14:textId="77777777" w:rsidR="00D37921" w:rsidRPr="00D37921" w:rsidRDefault="00D37921" w:rsidP="00D37921">
            <w:pPr>
              <w:rPr>
                <w:rFonts w:ascii="Proximus Light" w:hAnsi="Proximus Light"/>
                <w:b/>
                <w:sz w:val="18"/>
                <w:lang w:val="en-CH"/>
              </w:rPr>
            </w:pPr>
          </w:p>
        </w:tc>
        <w:tc>
          <w:tcPr>
            <w:tcW w:w="4819"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3378B899" w14:textId="77777777" w:rsidR="00D37921" w:rsidRPr="00D37921" w:rsidRDefault="00D37921" w:rsidP="00D37921">
            <w:pPr>
              <w:rPr>
                <w:rFonts w:ascii="Proximus Light" w:hAnsi="Proximus Light"/>
                <w:b/>
                <w:sz w:val="18"/>
                <w:lang w:val="en-CH"/>
              </w:rPr>
            </w:pPr>
          </w:p>
        </w:tc>
      </w:tr>
    </w:tbl>
    <w:p w14:paraId="2AC176CE" w14:textId="77777777" w:rsidR="00D37921" w:rsidRDefault="00D37921" w:rsidP="00D37921">
      <w:pPr>
        <w:rPr>
          <w:rFonts w:ascii="Proximus Light" w:hAnsi="Proximus Light"/>
          <w:b/>
          <w:bCs/>
          <w:sz w:val="18"/>
          <w:lang w:val="en-CH"/>
        </w:rPr>
      </w:pPr>
    </w:p>
    <w:p w14:paraId="167238FD" w14:textId="426B55A5" w:rsidR="00D37921" w:rsidRDefault="00D37921" w:rsidP="00D37921">
      <w:pPr>
        <w:rPr>
          <w:rFonts w:ascii="Proximus Light" w:hAnsi="Proximus Light"/>
          <w:b/>
          <w:bCs/>
          <w:sz w:val="18"/>
          <w:lang w:val="en-CH"/>
        </w:rPr>
      </w:pPr>
      <w:r w:rsidRPr="00D37921">
        <w:rPr>
          <w:rFonts w:ascii="Proximus Light" w:hAnsi="Proximus Light"/>
          <w:b/>
          <w:bCs/>
          <w:sz w:val="18"/>
          <w:lang w:val="en-CH"/>
        </w:rPr>
        <w:t>Phone Number / Email Address</w:t>
      </w:r>
    </w:p>
    <w:p w14:paraId="659610F3" w14:textId="77777777" w:rsidR="00D37921" w:rsidRPr="00D37921" w:rsidRDefault="00D37921" w:rsidP="00D37921">
      <w:pPr>
        <w:rPr>
          <w:rFonts w:ascii="Proximus Light" w:hAnsi="Proximus Light"/>
          <w:b/>
          <w:sz w:val="18"/>
          <w:lang w:val="en-CH"/>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16BFC8BA" w14:textId="77777777">
        <w:tc>
          <w:tcPr>
            <w:tcW w:w="481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701087E" w14:textId="77777777" w:rsidR="00D37921" w:rsidRPr="00D37921" w:rsidRDefault="00D37921" w:rsidP="009F7821">
            <w:pPr>
              <w:jc w:val="center"/>
              <w:rPr>
                <w:rFonts w:ascii="Proximus Light" w:hAnsi="Proximus Light"/>
                <w:b/>
                <w:sz w:val="18"/>
                <w:lang w:val="en-CH"/>
              </w:rPr>
            </w:pPr>
            <w:r w:rsidRPr="00D37921">
              <w:rPr>
                <w:rFonts w:ascii="Proximus Light" w:hAnsi="Proximus Light"/>
                <w:b/>
                <w:bCs/>
                <w:sz w:val="18"/>
                <w:lang w:val="en-CH"/>
              </w:rPr>
              <w:t>Phone Number</w:t>
            </w:r>
          </w:p>
        </w:tc>
        <w:tc>
          <w:tcPr>
            <w:tcW w:w="481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DAFA7A9" w14:textId="77777777" w:rsidR="00D37921" w:rsidRPr="00D37921" w:rsidRDefault="00D37921" w:rsidP="009F7821">
            <w:pPr>
              <w:jc w:val="center"/>
              <w:rPr>
                <w:rFonts w:ascii="Proximus Light" w:hAnsi="Proximus Light"/>
                <w:b/>
                <w:sz w:val="18"/>
                <w:lang w:val="en-CH"/>
              </w:rPr>
            </w:pPr>
            <w:r w:rsidRPr="00D37921">
              <w:rPr>
                <w:rFonts w:ascii="Proximus Light" w:hAnsi="Proximus Light"/>
                <w:b/>
                <w:bCs/>
                <w:sz w:val="18"/>
                <w:lang w:val="en-CH"/>
              </w:rPr>
              <w:t>Email Address</w:t>
            </w:r>
          </w:p>
        </w:tc>
      </w:tr>
      <w:tr w:rsidR="00D37921" w:rsidRPr="00D37921" w14:paraId="079A7ACE" w14:textId="77777777">
        <w:tc>
          <w:tcPr>
            <w:tcW w:w="4819"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5684423D" w14:textId="77777777" w:rsidR="00D37921" w:rsidRPr="00D37921" w:rsidRDefault="00D37921" w:rsidP="00D37921">
            <w:pPr>
              <w:rPr>
                <w:rFonts w:ascii="Proximus Light" w:hAnsi="Proximus Light"/>
                <w:b/>
                <w:sz w:val="18"/>
                <w:lang w:val="en-CH"/>
              </w:rPr>
            </w:pPr>
          </w:p>
        </w:tc>
        <w:tc>
          <w:tcPr>
            <w:tcW w:w="4819"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2AEE009E" w14:textId="77777777" w:rsidR="00D37921" w:rsidRPr="00D37921" w:rsidRDefault="00D37921" w:rsidP="00D37921">
            <w:pPr>
              <w:rPr>
                <w:rFonts w:ascii="Proximus Light" w:hAnsi="Proximus Light"/>
                <w:b/>
                <w:sz w:val="18"/>
                <w:lang w:val="en-CH"/>
              </w:rPr>
            </w:pPr>
          </w:p>
        </w:tc>
      </w:tr>
    </w:tbl>
    <w:p w14:paraId="4C65D64D" w14:textId="77777777" w:rsidR="00D37921" w:rsidRPr="00D37921" w:rsidRDefault="00D37921" w:rsidP="00D37921">
      <w:pPr>
        <w:rPr>
          <w:rFonts w:ascii="Proximus Light" w:hAnsi="Proximus Light"/>
          <w:b/>
          <w:sz w:val="18"/>
          <w:lang w:val="en-CH"/>
        </w:rPr>
      </w:pPr>
    </w:p>
    <w:p w14:paraId="5A5FE9AB" w14:textId="77777777" w:rsidR="00E14AF4" w:rsidRDefault="00F117FD">
      <w:r>
        <w:br w:type="page"/>
      </w:r>
    </w:p>
    <w:tbl>
      <w:tblPr>
        <w:tblW w:w="0" w:type="auto"/>
        <w:tblLook w:val="04A0" w:firstRow="1" w:lastRow="0" w:firstColumn="1" w:lastColumn="0" w:noHBand="0" w:noVBand="1"/>
      </w:tblPr>
      <w:tblGrid>
        <w:gridCol w:w="9638"/>
      </w:tblGrid>
      <w:tr w:rsidR="00E14AF4" w14:paraId="4AB0C6D0" w14:textId="77777777">
        <w:tc>
          <w:tcPr>
            <w:tcW w:w="9638" w:type="dxa"/>
            <w:shd w:val="clear" w:color="auto" w:fill="5B2D8E"/>
          </w:tcPr>
          <w:p w14:paraId="2C942734" w14:textId="71247099" w:rsidR="00E14AF4" w:rsidRDefault="00F117FD">
            <w:pPr>
              <w:spacing w:before="40" w:after="40"/>
            </w:pPr>
            <w:r w:rsidRPr="00336549">
              <w:rPr>
                <w:rFonts w:ascii="Proximus Light" w:hAnsi="Proximus Light"/>
                <w:b/>
                <w:color w:val="FFFFFF"/>
                <w:sz w:val="24"/>
              </w:rPr>
              <w:lastRenderedPageBreak/>
              <w:t xml:space="preserve">SECTION 2 </w:t>
            </w:r>
            <w:r w:rsidR="003E7F42" w:rsidRPr="00336549">
              <w:rPr>
                <w:rFonts w:ascii="Proximus Light" w:hAnsi="Proximus Light"/>
                <w:b/>
                <w:color w:val="FFFFFF"/>
                <w:sz w:val="24"/>
              </w:rPr>
              <w:t xml:space="preserve">- </w:t>
            </w:r>
            <w:r w:rsidR="00D37921" w:rsidRPr="00D37921">
              <w:rPr>
                <w:rFonts w:ascii="Proximus Light" w:hAnsi="Proximus Light"/>
                <w:b/>
                <w:color w:val="FFFFFF"/>
                <w:sz w:val="24"/>
              </w:rPr>
              <w:t>Incident Classification</w:t>
            </w:r>
          </w:p>
        </w:tc>
      </w:tr>
    </w:tbl>
    <w:p w14:paraId="6CB874AE" w14:textId="77777777" w:rsidR="00D37921" w:rsidRDefault="00D37921"/>
    <w:p w14:paraId="5B31673A" w14:textId="77777777" w:rsidR="00D37921" w:rsidRPr="009F7821" w:rsidRDefault="00D37921" w:rsidP="009F7821">
      <w:pPr>
        <w:rPr>
          <w:rFonts w:ascii="Proximus Light" w:hAnsi="Proximus Light"/>
          <w:b/>
          <w:bCs/>
          <w:sz w:val="18"/>
          <w:lang w:val="en-CH"/>
        </w:rPr>
      </w:pPr>
      <w:r w:rsidRPr="009F7821">
        <w:rPr>
          <w:rFonts w:ascii="Proximus Light" w:hAnsi="Proximus Light"/>
          <w:b/>
          <w:bCs/>
          <w:sz w:val="18"/>
          <w:lang w:val="en-CH"/>
        </w:rPr>
        <w:t>Date / Time Detected &amp; Date Reported</w:t>
      </w:r>
    </w:p>
    <w:p w14:paraId="5C0614FF" w14:textId="77777777" w:rsidR="00D37921" w:rsidRPr="00D37921" w:rsidRDefault="00D37921" w:rsidP="00D37921">
      <w:pPr>
        <w:spacing w:before="160" w:after="20" w:line="240" w:lineRule="auto"/>
        <w:rPr>
          <w:rFonts w:ascii="Times New Roman" w:eastAsia="Times New Roman" w:hAnsi="Times New Roman" w:cs="Times New Roman"/>
          <w:color w:val="auto"/>
          <w:szCs w:val="20"/>
          <w:lang w:val="en-CH" w:eastAsia="en-CH"/>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2"/>
        <w:gridCol w:w="3213"/>
        <w:gridCol w:w="3213"/>
      </w:tblGrid>
      <w:tr w:rsidR="00D37921" w:rsidRPr="00D37921" w14:paraId="72A0A23C" w14:textId="77777777">
        <w:tc>
          <w:tcPr>
            <w:tcW w:w="321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1520DF7" w14:textId="77777777" w:rsidR="00D37921" w:rsidRPr="009F7821" w:rsidRDefault="00D37921" w:rsidP="009F7821">
            <w:pPr>
              <w:spacing w:after="0" w:line="240" w:lineRule="auto"/>
              <w:jc w:val="center"/>
              <w:rPr>
                <w:rFonts w:ascii="Times New Roman" w:eastAsia="Times New Roman" w:hAnsi="Times New Roman" w:cs="Times New Roman"/>
                <w:color w:val="auto"/>
                <w:sz w:val="18"/>
                <w:szCs w:val="18"/>
                <w:lang w:val="en-CH" w:eastAsia="en-CH"/>
              </w:rPr>
            </w:pPr>
            <w:r w:rsidRPr="009F7821">
              <w:rPr>
                <w:rFonts w:ascii="Proximus Light" w:eastAsia="Proximus Light" w:hAnsi="Proximus Light" w:cs="Proximus Light"/>
                <w:b/>
                <w:bCs/>
                <w:color w:val="auto"/>
                <w:sz w:val="18"/>
                <w:szCs w:val="18"/>
                <w:lang w:val="en-CH" w:eastAsia="en-CH"/>
              </w:rPr>
              <w:t>Date Detected</w:t>
            </w:r>
          </w:p>
        </w:tc>
        <w:tc>
          <w:tcPr>
            <w:tcW w:w="321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3EE73CE" w14:textId="77777777" w:rsidR="00D37921" w:rsidRPr="009F7821" w:rsidRDefault="00D37921" w:rsidP="009F7821">
            <w:pPr>
              <w:spacing w:after="0" w:line="240" w:lineRule="auto"/>
              <w:jc w:val="center"/>
              <w:rPr>
                <w:rFonts w:ascii="Times New Roman" w:eastAsia="Times New Roman" w:hAnsi="Times New Roman" w:cs="Times New Roman"/>
                <w:color w:val="auto"/>
                <w:sz w:val="18"/>
                <w:szCs w:val="18"/>
                <w:lang w:val="en-CH" w:eastAsia="en-CH"/>
              </w:rPr>
            </w:pPr>
            <w:r w:rsidRPr="009F7821">
              <w:rPr>
                <w:rFonts w:ascii="Proximus Light" w:eastAsia="Proximus Light" w:hAnsi="Proximus Light" w:cs="Proximus Light"/>
                <w:b/>
                <w:bCs/>
                <w:color w:val="auto"/>
                <w:sz w:val="18"/>
                <w:szCs w:val="18"/>
                <w:lang w:val="en-CH" w:eastAsia="en-CH"/>
              </w:rPr>
              <w:t>Time Detected</w:t>
            </w:r>
          </w:p>
        </w:tc>
        <w:tc>
          <w:tcPr>
            <w:tcW w:w="321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DDD6CB8" w14:textId="77777777" w:rsidR="00D37921" w:rsidRPr="009F7821" w:rsidRDefault="00D37921" w:rsidP="009F7821">
            <w:pPr>
              <w:spacing w:after="0" w:line="240" w:lineRule="auto"/>
              <w:jc w:val="center"/>
              <w:rPr>
                <w:rFonts w:ascii="Times New Roman" w:eastAsia="Times New Roman" w:hAnsi="Times New Roman" w:cs="Times New Roman"/>
                <w:color w:val="auto"/>
                <w:sz w:val="18"/>
                <w:szCs w:val="18"/>
                <w:lang w:val="en-CH" w:eastAsia="en-CH"/>
              </w:rPr>
            </w:pPr>
            <w:r w:rsidRPr="009F7821">
              <w:rPr>
                <w:rFonts w:ascii="Proximus Light" w:eastAsia="Proximus Light" w:hAnsi="Proximus Light" w:cs="Proximus Light"/>
                <w:b/>
                <w:bCs/>
                <w:color w:val="auto"/>
                <w:sz w:val="18"/>
                <w:szCs w:val="18"/>
                <w:lang w:val="en-CH" w:eastAsia="en-CH"/>
              </w:rPr>
              <w:t>Date Reported</w:t>
            </w:r>
          </w:p>
        </w:tc>
      </w:tr>
      <w:tr w:rsidR="00D37921" w:rsidRPr="00D37921" w14:paraId="74B414D5" w14:textId="77777777">
        <w:tc>
          <w:tcPr>
            <w:tcW w:w="3212"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177CDE5F"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c>
          <w:tcPr>
            <w:tcW w:w="3212"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2C6B9EAE"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c>
          <w:tcPr>
            <w:tcW w:w="3212"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37B34D95"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r>
    </w:tbl>
    <w:p w14:paraId="3B902910"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p w14:paraId="2484240E" w14:textId="77777777" w:rsidR="00D37921" w:rsidRPr="009F7821" w:rsidRDefault="00D37921" w:rsidP="009F7821">
      <w:pPr>
        <w:rPr>
          <w:rFonts w:ascii="Proximus Light" w:hAnsi="Proximus Light"/>
          <w:b/>
          <w:bCs/>
          <w:sz w:val="18"/>
          <w:lang w:val="en-CH"/>
        </w:rPr>
      </w:pPr>
      <w:r w:rsidRPr="009F7821">
        <w:rPr>
          <w:rFonts w:ascii="Proximus Light" w:hAnsi="Proximus Light"/>
          <w:b/>
          <w:bCs/>
          <w:sz w:val="18"/>
          <w:lang w:val="en-CH"/>
        </w:rPr>
        <w:t>Type of Incident</w:t>
      </w:r>
    </w:p>
    <w:p w14:paraId="3C0E2D0D" w14:textId="77777777" w:rsidR="00D37921" w:rsidRPr="00D37921" w:rsidRDefault="00D37921" w:rsidP="00D37921">
      <w:pPr>
        <w:spacing w:before="160" w:after="20" w:line="240" w:lineRule="auto"/>
        <w:rPr>
          <w:rFonts w:ascii="Times New Roman" w:eastAsia="Times New Roman" w:hAnsi="Times New Roman" w:cs="Times New Roman"/>
          <w:color w:val="auto"/>
          <w:szCs w:val="20"/>
          <w:lang w:val="en-CH" w:eastAsia="en-CH"/>
        </w:rPr>
      </w:pPr>
    </w:p>
    <w:p w14:paraId="7C67ED5F" w14:textId="77777777" w:rsidR="00D37921" w:rsidRPr="00D37921" w:rsidRDefault="00D37921" w:rsidP="00D37921">
      <w:pPr>
        <w:spacing w:after="40" w:line="240" w:lineRule="auto"/>
        <w:rPr>
          <w:rFonts w:ascii="Times New Roman" w:eastAsia="Times New Roman" w:hAnsi="Times New Roman" w:cs="Times New Roman"/>
          <w:color w:val="auto"/>
          <w:szCs w:val="20"/>
          <w:lang w:val="en-CH" w:eastAsia="en-CH"/>
        </w:rPr>
      </w:pPr>
      <w:r w:rsidRPr="00D37921">
        <w:rPr>
          <w:rFonts w:ascii="Proximus Light" w:eastAsia="Proximus Light" w:hAnsi="Proximus Light" w:cs="Proximus Light"/>
          <w:i/>
          <w:iCs/>
          <w:color w:val="555555"/>
          <w:sz w:val="18"/>
          <w:szCs w:val="18"/>
          <w:lang w:val="en-CH" w:eastAsia="en-CH"/>
        </w:rPr>
        <w:t>Select all that apply.</w:t>
      </w:r>
    </w:p>
    <w:tbl>
      <w:tblPr>
        <w:tblW w:w="9638" w:type="dxa"/>
        <w:tblBorders>
          <w:top w:val="single" w:sz="4" w:space="0" w:color="BBBBBB"/>
          <w:left w:val="single" w:sz="4" w:space="0" w:color="BBBBBB"/>
          <w:bottom w:val="single" w:sz="4" w:space="0" w:color="BBBBBB"/>
          <w:right w:val="single" w:sz="4" w:space="0" w:color="BBBBB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765190F4" w14:textId="77777777">
        <w:tc>
          <w:tcPr>
            <w:tcW w:w="4819" w:type="dxa"/>
            <w:tcBorders>
              <w:top w:val="single" w:sz="4" w:space="0" w:color="BBBBBB"/>
              <w:left w:val="single" w:sz="4" w:space="0" w:color="BBBBBB"/>
              <w:bottom w:val="single" w:sz="4" w:space="0" w:color="auto"/>
              <w:right w:val="single" w:sz="4" w:space="0" w:color="auto"/>
            </w:tcBorders>
            <w:tcMar>
              <w:top w:w="60" w:type="dxa"/>
              <w:left w:w="100" w:type="dxa"/>
              <w:bottom w:w="60" w:type="dxa"/>
              <w:right w:w="100" w:type="dxa"/>
            </w:tcMar>
            <w:hideMark/>
          </w:tcPr>
          <w:p w14:paraId="3A0A4FDF"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Unauthorized Access</w:t>
            </w:r>
          </w:p>
        </w:tc>
        <w:tc>
          <w:tcPr>
            <w:tcW w:w="4819" w:type="dxa"/>
            <w:tcBorders>
              <w:top w:val="single" w:sz="4" w:space="0" w:color="BBBBBB"/>
              <w:left w:val="single" w:sz="4" w:space="0" w:color="auto"/>
              <w:bottom w:val="single" w:sz="4" w:space="0" w:color="auto"/>
              <w:right w:val="single" w:sz="4" w:space="0" w:color="BBBBBB"/>
            </w:tcBorders>
            <w:tcMar>
              <w:top w:w="60" w:type="dxa"/>
              <w:left w:w="100" w:type="dxa"/>
              <w:bottom w:w="60" w:type="dxa"/>
              <w:right w:w="100" w:type="dxa"/>
            </w:tcMar>
            <w:hideMark/>
          </w:tcPr>
          <w:p w14:paraId="38A6E951"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Denial of Service</w:t>
            </w:r>
          </w:p>
        </w:tc>
      </w:tr>
      <w:tr w:rsidR="00D37921" w:rsidRPr="00D37921" w14:paraId="60BD07F5" w14:textId="77777777">
        <w:tc>
          <w:tcPr>
            <w:tcW w:w="4819" w:type="dxa"/>
            <w:tcBorders>
              <w:top w:val="single" w:sz="4" w:space="0" w:color="auto"/>
              <w:left w:val="single" w:sz="4" w:space="0" w:color="BBBBBB"/>
              <w:bottom w:val="single" w:sz="4" w:space="0" w:color="auto"/>
              <w:right w:val="single" w:sz="4" w:space="0" w:color="auto"/>
            </w:tcBorders>
            <w:tcMar>
              <w:top w:w="60" w:type="dxa"/>
              <w:left w:w="100" w:type="dxa"/>
              <w:bottom w:w="60" w:type="dxa"/>
              <w:right w:w="100" w:type="dxa"/>
            </w:tcMar>
            <w:hideMark/>
          </w:tcPr>
          <w:p w14:paraId="3232DA40"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Vulnerability Exploitation</w:t>
            </w:r>
          </w:p>
        </w:tc>
        <w:tc>
          <w:tcPr>
            <w:tcW w:w="4819" w:type="dxa"/>
            <w:tcBorders>
              <w:top w:val="single" w:sz="4" w:space="0" w:color="auto"/>
              <w:left w:val="single" w:sz="4" w:space="0" w:color="auto"/>
              <w:bottom w:val="single" w:sz="4" w:space="0" w:color="auto"/>
              <w:right w:val="single" w:sz="4" w:space="0" w:color="BBBBBB"/>
            </w:tcBorders>
            <w:tcMar>
              <w:top w:w="60" w:type="dxa"/>
              <w:left w:w="100" w:type="dxa"/>
              <w:bottom w:w="60" w:type="dxa"/>
              <w:right w:w="100" w:type="dxa"/>
            </w:tcMar>
            <w:hideMark/>
          </w:tcPr>
          <w:p w14:paraId="63EB9B98"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Data Breach / Disclosure</w:t>
            </w:r>
          </w:p>
        </w:tc>
      </w:tr>
      <w:tr w:rsidR="00D37921" w:rsidRPr="00D37921" w14:paraId="01DE9494" w14:textId="77777777">
        <w:tc>
          <w:tcPr>
            <w:tcW w:w="4819" w:type="dxa"/>
            <w:tcBorders>
              <w:top w:val="single" w:sz="4" w:space="0" w:color="auto"/>
              <w:left w:val="single" w:sz="4" w:space="0" w:color="BBBBBB"/>
              <w:bottom w:val="single" w:sz="4" w:space="0" w:color="auto"/>
              <w:right w:val="single" w:sz="4" w:space="0" w:color="auto"/>
            </w:tcBorders>
            <w:tcMar>
              <w:top w:w="60" w:type="dxa"/>
              <w:left w:w="100" w:type="dxa"/>
              <w:bottom w:w="60" w:type="dxa"/>
              <w:right w:w="100" w:type="dxa"/>
            </w:tcMar>
            <w:hideMark/>
          </w:tcPr>
          <w:p w14:paraId="4EE737DE"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Malicious Code / Malware</w:t>
            </w:r>
          </w:p>
        </w:tc>
        <w:tc>
          <w:tcPr>
            <w:tcW w:w="4819" w:type="dxa"/>
            <w:tcBorders>
              <w:top w:val="single" w:sz="4" w:space="0" w:color="auto"/>
              <w:left w:val="single" w:sz="4" w:space="0" w:color="auto"/>
              <w:bottom w:val="single" w:sz="4" w:space="0" w:color="auto"/>
              <w:right w:val="single" w:sz="4" w:space="0" w:color="BBBBBB"/>
            </w:tcBorders>
            <w:tcMar>
              <w:top w:w="60" w:type="dxa"/>
              <w:left w:w="100" w:type="dxa"/>
              <w:bottom w:w="60" w:type="dxa"/>
              <w:right w:w="100" w:type="dxa"/>
            </w:tcMar>
            <w:hideMark/>
          </w:tcPr>
          <w:p w14:paraId="17570EC7"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Ransomware</w:t>
            </w:r>
          </w:p>
        </w:tc>
      </w:tr>
      <w:tr w:rsidR="00D37921" w:rsidRPr="00D37921" w14:paraId="2BF931FD" w14:textId="77777777">
        <w:tc>
          <w:tcPr>
            <w:tcW w:w="4819" w:type="dxa"/>
            <w:tcBorders>
              <w:top w:val="single" w:sz="4" w:space="0" w:color="auto"/>
              <w:left w:val="single" w:sz="4" w:space="0" w:color="BBBBBB"/>
              <w:bottom w:val="single" w:sz="4" w:space="0" w:color="auto"/>
              <w:right w:val="single" w:sz="4" w:space="0" w:color="auto"/>
            </w:tcBorders>
            <w:tcMar>
              <w:top w:w="60" w:type="dxa"/>
              <w:left w:w="100" w:type="dxa"/>
              <w:bottom w:w="60" w:type="dxa"/>
              <w:right w:w="100" w:type="dxa"/>
            </w:tcMar>
            <w:hideMark/>
          </w:tcPr>
          <w:p w14:paraId="52F6B2A7"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Phishing / Spam</w:t>
            </w:r>
          </w:p>
        </w:tc>
        <w:tc>
          <w:tcPr>
            <w:tcW w:w="4819" w:type="dxa"/>
            <w:tcBorders>
              <w:top w:val="single" w:sz="4" w:space="0" w:color="auto"/>
              <w:left w:val="single" w:sz="4" w:space="0" w:color="auto"/>
              <w:bottom w:val="single" w:sz="4" w:space="0" w:color="auto"/>
              <w:right w:val="single" w:sz="4" w:space="0" w:color="BBBBBB"/>
            </w:tcBorders>
            <w:tcMar>
              <w:top w:w="60" w:type="dxa"/>
              <w:left w:w="100" w:type="dxa"/>
              <w:bottom w:w="60" w:type="dxa"/>
              <w:right w:w="100" w:type="dxa"/>
            </w:tcMar>
            <w:hideMark/>
          </w:tcPr>
          <w:p w14:paraId="5D30960C"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Social Engineering</w:t>
            </w:r>
          </w:p>
        </w:tc>
      </w:tr>
      <w:tr w:rsidR="00D37921" w:rsidRPr="00D37921" w14:paraId="6F356DE7" w14:textId="77777777">
        <w:tc>
          <w:tcPr>
            <w:tcW w:w="4819" w:type="dxa"/>
            <w:tcBorders>
              <w:top w:val="single" w:sz="4" w:space="0" w:color="auto"/>
              <w:left w:val="single" w:sz="4" w:space="0" w:color="BBBBBB"/>
              <w:bottom w:val="single" w:sz="4" w:space="0" w:color="auto"/>
              <w:right w:val="single" w:sz="4" w:space="0" w:color="auto"/>
            </w:tcBorders>
            <w:tcMar>
              <w:top w:w="60" w:type="dxa"/>
              <w:left w:w="100" w:type="dxa"/>
              <w:bottom w:w="60" w:type="dxa"/>
              <w:right w:w="100" w:type="dxa"/>
            </w:tcMar>
            <w:hideMark/>
          </w:tcPr>
          <w:p w14:paraId="11FF7268"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Brand / Identity Abuse</w:t>
            </w:r>
          </w:p>
        </w:tc>
        <w:tc>
          <w:tcPr>
            <w:tcW w:w="4819" w:type="dxa"/>
            <w:tcBorders>
              <w:top w:val="single" w:sz="4" w:space="0" w:color="auto"/>
              <w:left w:val="single" w:sz="4" w:space="0" w:color="auto"/>
              <w:bottom w:val="single" w:sz="4" w:space="0" w:color="auto"/>
              <w:right w:val="single" w:sz="4" w:space="0" w:color="BBBBBB"/>
            </w:tcBorders>
            <w:tcMar>
              <w:top w:w="60" w:type="dxa"/>
              <w:left w:w="100" w:type="dxa"/>
              <w:bottom w:w="60" w:type="dxa"/>
              <w:right w:w="100" w:type="dxa"/>
            </w:tcMar>
            <w:hideMark/>
          </w:tcPr>
          <w:p w14:paraId="0FD4BBCD"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Policy Violation</w:t>
            </w:r>
          </w:p>
        </w:tc>
      </w:tr>
      <w:tr w:rsidR="00D37921" w:rsidRPr="00D37921" w14:paraId="4DFCFD97" w14:textId="77777777">
        <w:tc>
          <w:tcPr>
            <w:tcW w:w="4819" w:type="dxa"/>
            <w:tcBorders>
              <w:top w:val="single" w:sz="4" w:space="0" w:color="auto"/>
              <w:left w:val="single" w:sz="4" w:space="0" w:color="BBBBBB"/>
              <w:bottom w:val="single" w:sz="4" w:space="0" w:color="auto"/>
              <w:right w:val="single" w:sz="4" w:space="0" w:color="auto"/>
            </w:tcBorders>
            <w:tcMar>
              <w:top w:w="60" w:type="dxa"/>
              <w:left w:w="100" w:type="dxa"/>
              <w:bottom w:w="60" w:type="dxa"/>
              <w:right w:w="100" w:type="dxa"/>
            </w:tcMar>
            <w:hideMark/>
          </w:tcPr>
          <w:p w14:paraId="6FC62D3A"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Insider Threat</w:t>
            </w:r>
          </w:p>
        </w:tc>
        <w:tc>
          <w:tcPr>
            <w:tcW w:w="4819" w:type="dxa"/>
            <w:tcBorders>
              <w:top w:val="single" w:sz="4" w:space="0" w:color="auto"/>
              <w:left w:val="single" w:sz="4" w:space="0" w:color="auto"/>
              <w:bottom w:val="single" w:sz="4" w:space="0" w:color="auto"/>
              <w:right w:val="single" w:sz="4" w:space="0" w:color="BBBBBB"/>
            </w:tcBorders>
            <w:tcMar>
              <w:top w:w="60" w:type="dxa"/>
              <w:left w:w="100" w:type="dxa"/>
              <w:bottom w:w="60" w:type="dxa"/>
              <w:right w:w="100" w:type="dxa"/>
            </w:tcMar>
            <w:hideMark/>
          </w:tcPr>
          <w:p w14:paraId="20C20315"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Supply Chain Compromise</w:t>
            </w:r>
          </w:p>
        </w:tc>
      </w:tr>
      <w:tr w:rsidR="00D37921" w:rsidRPr="00D37921" w14:paraId="739C68B3" w14:textId="77777777">
        <w:tc>
          <w:tcPr>
            <w:tcW w:w="4819" w:type="dxa"/>
            <w:tcBorders>
              <w:top w:val="single" w:sz="4" w:space="0" w:color="auto"/>
              <w:left w:val="single" w:sz="4" w:space="0" w:color="BBBBBB"/>
              <w:bottom w:val="single" w:sz="4" w:space="0" w:color="BBBBBB"/>
              <w:right w:val="single" w:sz="4" w:space="0" w:color="auto"/>
            </w:tcBorders>
            <w:tcMar>
              <w:top w:w="60" w:type="dxa"/>
              <w:left w:w="100" w:type="dxa"/>
              <w:bottom w:w="60" w:type="dxa"/>
              <w:right w:w="100" w:type="dxa"/>
            </w:tcMar>
            <w:hideMark/>
          </w:tcPr>
          <w:p w14:paraId="7D997633"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Other (specify below)</w:t>
            </w:r>
          </w:p>
        </w:tc>
        <w:tc>
          <w:tcPr>
            <w:tcW w:w="4819" w:type="dxa"/>
            <w:tcBorders>
              <w:top w:val="single" w:sz="4" w:space="0" w:color="auto"/>
              <w:left w:val="single" w:sz="4" w:space="0" w:color="auto"/>
              <w:bottom w:val="single" w:sz="4" w:space="0" w:color="BBBBBB"/>
              <w:right w:val="single" w:sz="4" w:space="0" w:color="BBBBBB"/>
            </w:tcBorders>
            <w:tcMar>
              <w:top w:w="60" w:type="dxa"/>
              <w:left w:w="100" w:type="dxa"/>
              <w:bottom w:w="60" w:type="dxa"/>
              <w:right w:w="100" w:type="dxa"/>
            </w:tcMar>
          </w:tcPr>
          <w:p w14:paraId="03587565"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p>
        </w:tc>
      </w:tr>
    </w:tbl>
    <w:p w14:paraId="52AC1C6A" w14:textId="77777777" w:rsidR="00D37921" w:rsidRDefault="00D37921" w:rsidP="00D37921">
      <w:pPr>
        <w:spacing w:before="160" w:after="20" w:line="240" w:lineRule="auto"/>
        <w:rPr>
          <w:rFonts w:ascii="Proximus Light" w:eastAsia="Proximus Light" w:hAnsi="Proximus Light" w:cs="Proximus Light"/>
          <w:b/>
          <w:bCs/>
          <w:color w:val="auto"/>
          <w:szCs w:val="20"/>
          <w:lang w:val="en-CH" w:eastAsia="en-CH"/>
        </w:rPr>
      </w:pPr>
    </w:p>
    <w:p w14:paraId="52698008" w14:textId="06E3226B" w:rsidR="00D37921" w:rsidRPr="009F7821" w:rsidRDefault="00D37921" w:rsidP="009F7821">
      <w:pPr>
        <w:rPr>
          <w:rFonts w:ascii="Proximus Light" w:hAnsi="Proximus Light"/>
          <w:b/>
          <w:bCs/>
          <w:sz w:val="18"/>
          <w:lang w:val="en-CH"/>
        </w:rPr>
      </w:pPr>
      <w:r w:rsidRPr="009F7821">
        <w:rPr>
          <w:rFonts w:ascii="Proximus Light" w:hAnsi="Proximus Light"/>
          <w:b/>
          <w:bCs/>
          <w:sz w:val="18"/>
          <w:lang w:val="en-CH"/>
        </w:rPr>
        <w:t>If "Other", please specify:</w:t>
      </w:r>
    </w:p>
    <w:p w14:paraId="0A975374" w14:textId="77777777" w:rsidR="00D37921" w:rsidRPr="00D37921" w:rsidRDefault="00D37921" w:rsidP="00D37921">
      <w:pPr>
        <w:spacing w:before="160" w:after="20" w:line="240" w:lineRule="auto"/>
        <w:rPr>
          <w:rFonts w:ascii="Times New Roman" w:eastAsia="Times New Roman" w:hAnsi="Times New Roman" w:cs="Times New Roman"/>
          <w:color w:val="auto"/>
          <w:szCs w:val="20"/>
          <w:lang w:val="en-CH" w:eastAsia="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1C86D6E4"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3461870D"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r>
    </w:tbl>
    <w:p w14:paraId="7BEEA225"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p w14:paraId="0CCF63EC" w14:textId="77777777" w:rsidR="00D37921" w:rsidRPr="009F7821" w:rsidRDefault="00D37921" w:rsidP="00D37921">
      <w:pPr>
        <w:spacing w:before="160" w:after="20" w:line="240" w:lineRule="auto"/>
        <w:rPr>
          <w:rFonts w:ascii="Proximus Light" w:eastAsia="Proximus Light" w:hAnsi="Proximus Light" w:cs="Proximus Light"/>
          <w:b/>
          <w:bCs/>
          <w:color w:val="auto"/>
          <w:sz w:val="18"/>
          <w:szCs w:val="18"/>
          <w:lang w:val="en-CH" w:eastAsia="en-CH"/>
        </w:rPr>
      </w:pPr>
      <w:r w:rsidRPr="009F7821">
        <w:rPr>
          <w:rFonts w:ascii="Proximus Light" w:eastAsia="Proximus Light" w:hAnsi="Proximus Light" w:cs="Proximus Light"/>
          <w:b/>
          <w:bCs/>
          <w:color w:val="auto"/>
          <w:sz w:val="18"/>
          <w:szCs w:val="18"/>
          <w:lang w:val="en-CH" w:eastAsia="en-CH"/>
        </w:rPr>
        <w:t>Severity Level</w:t>
      </w:r>
    </w:p>
    <w:p w14:paraId="19204EE6" w14:textId="77777777" w:rsidR="00D37921" w:rsidRPr="00D37921" w:rsidRDefault="00D37921" w:rsidP="00D37921">
      <w:pPr>
        <w:spacing w:before="160" w:after="20" w:line="240" w:lineRule="auto"/>
        <w:rPr>
          <w:rFonts w:ascii="Times New Roman" w:eastAsia="Times New Roman" w:hAnsi="Times New Roman" w:cs="Times New Roman"/>
          <w:color w:val="auto"/>
          <w:szCs w:val="20"/>
          <w:lang w:val="en-CH" w:eastAsia="en-CH"/>
        </w:rPr>
      </w:pPr>
    </w:p>
    <w:tbl>
      <w:tblPr>
        <w:tblW w:w="9638" w:type="dxa"/>
        <w:tblBorders>
          <w:top w:val="single" w:sz="4" w:space="0" w:color="BBBBBB"/>
          <w:left w:val="single" w:sz="4" w:space="0" w:color="BBBBBB"/>
          <w:bottom w:val="single" w:sz="4" w:space="0" w:color="BBBBBB"/>
          <w:right w:val="single" w:sz="4" w:space="0" w:color="BBBBB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54C6EB29" w14:textId="77777777">
        <w:tc>
          <w:tcPr>
            <w:tcW w:w="4819" w:type="dxa"/>
            <w:tcBorders>
              <w:top w:val="single" w:sz="4" w:space="0" w:color="BBBBBB"/>
              <w:left w:val="single" w:sz="4" w:space="0" w:color="BBBBBB"/>
              <w:bottom w:val="single" w:sz="4" w:space="0" w:color="auto"/>
              <w:right w:val="single" w:sz="4" w:space="0" w:color="auto"/>
            </w:tcBorders>
            <w:tcMar>
              <w:top w:w="60" w:type="dxa"/>
              <w:left w:w="100" w:type="dxa"/>
              <w:bottom w:w="60" w:type="dxa"/>
              <w:right w:w="100" w:type="dxa"/>
            </w:tcMar>
            <w:hideMark/>
          </w:tcPr>
          <w:p w14:paraId="0B391F97"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Critical</w:t>
            </w:r>
          </w:p>
        </w:tc>
        <w:tc>
          <w:tcPr>
            <w:tcW w:w="4819" w:type="dxa"/>
            <w:tcBorders>
              <w:top w:val="single" w:sz="4" w:space="0" w:color="BBBBBB"/>
              <w:left w:val="single" w:sz="4" w:space="0" w:color="auto"/>
              <w:bottom w:val="single" w:sz="4" w:space="0" w:color="auto"/>
              <w:right w:val="single" w:sz="4" w:space="0" w:color="BBBBBB"/>
            </w:tcBorders>
            <w:tcMar>
              <w:top w:w="60" w:type="dxa"/>
              <w:left w:w="100" w:type="dxa"/>
              <w:bottom w:w="60" w:type="dxa"/>
              <w:right w:w="100" w:type="dxa"/>
            </w:tcMar>
            <w:hideMark/>
          </w:tcPr>
          <w:p w14:paraId="297DA8F1"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High</w:t>
            </w:r>
          </w:p>
        </w:tc>
      </w:tr>
      <w:tr w:rsidR="00D37921" w:rsidRPr="00D37921" w14:paraId="2A85C1E2" w14:textId="77777777">
        <w:tc>
          <w:tcPr>
            <w:tcW w:w="4819" w:type="dxa"/>
            <w:tcBorders>
              <w:top w:val="single" w:sz="4" w:space="0" w:color="auto"/>
              <w:left w:val="single" w:sz="4" w:space="0" w:color="BBBBBB"/>
              <w:bottom w:val="single" w:sz="4" w:space="0" w:color="auto"/>
              <w:right w:val="single" w:sz="4" w:space="0" w:color="auto"/>
            </w:tcBorders>
            <w:tcMar>
              <w:top w:w="60" w:type="dxa"/>
              <w:left w:w="100" w:type="dxa"/>
              <w:bottom w:w="60" w:type="dxa"/>
              <w:right w:w="100" w:type="dxa"/>
            </w:tcMar>
            <w:hideMark/>
          </w:tcPr>
          <w:p w14:paraId="6E3853EA"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Medium</w:t>
            </w:r>
          </w:p>
        </w:tc>
        <w:tc>
          <w:tcPr>
            <w:tcW w:w="4819" w:type="dxa"/>
            <w:tcBorders>
              <w:top w:val="single" w:sz="4" w:space="0" w:color="auto"/>
              <w:left w:val="single" w:sz="4" w:space="0" w:color="auto"/>
              <w:bottom w:val="single" w:sz="4" w:space="0" w:color="auto"/>
              <w:right w:val="single" w:sz="4" w:space="0" w:color="BBBBBB"/>
            </w:tcBorders>
            <w:tcMar>
              <w:top w:w="60" w:type="dxa"/>
              <w:left w:w="100" w:type="dxa"/>
              <w:bottom w:w="60" w:type="dxa"/>
              <w:right w:w="100" w:type="dxa"/>
            </w:tcMar>
            <w:hideMark/>
          </w:tcPr>
          <w:p w14:paraId="01F837EA"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Low</w:t>
            </w:r>
          </w:p>
        </w:tc>
      </w:tr>
      <w:tr w:rsidR="00D37921" w:rsidRPr="00D37921" w14:paraId="389357CF" w14:textId="77777777">
        <w:tc>
          <w:tcPr>
            <w:tcW w:w="4819" w:type="dxa"/>
            <w:tcBorders>
              <w:top w:val="single" w:sz="4" w:space="0" w:color="auto"/>
              <w:left w:val="single" w:sz="4" w:space="0" w:color="BBBBBB"/>
              <w:bottom w:val="single" w:sz="4" w:space="0" w:color="BBBBBB"/>
              <w:right w:val="single" w:sz="4" w:space="0" w:color="auto"/>
            </w:tcBorders>
            <w:tcMar>
              <w:top w:w="60" w:type="dxa"/>
              <w:left w:w="100" w:type="dxa"/>
              <w:bottom w:w="60" w:type="dxa"/>
              <w:right w:w="100" w:type="dxa"/>
            </w:tcMar>
            <w:hideMark/>
          </w:tcPr>
          <w:p w14:paraId="686BC595"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Unknown</w:t>
            </w:r>
          </w:p>
        </w:tc>
        <w:tc>
          <w:tcPr>
            <w:tcW w:w="4819" w:type="dxa"/>
            <w:tcBorders>
              <w:top w:val="single" w:sz="4" w:space="0" w:color="auto"/>
              <w:left w:val="single" w:sz="4" w:space="0" w:color="auto"/>
              <w:bottom w:val="single" w:sz="4" w:space="0" w:color="BBBBBB"/>
              <w:right w:val="single" w:sz="4" w:space="0" w:color="BBBBBB"/>
            </w:tcBorders>
            <w:tcMar>
              <w:top w:w="60" w:type="dxa"/>
              <w:left w:w="100" w:type="dxa"/>
              <w:bottom w:w="60" w:type="dxa"/>
              <w:right w:w="100" w:type="dxa"/>
            </w:tcMar>
          </w:tcPr>
          <w:p w14:paraId="0987C4BE"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p>
        </w:tc>
      </w:tr>
    </w:tbl>
    <w:p w14:paraId="079C6F2D"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p w14:paraId="1761D60F" w14:textId="77777777" w:rsidR="00D37921" w:rsidRPr="009F7821" w:rsidRDefault="00D37921" w:rsidP="00D37921">
      <w:pPr>
        <w:spacing w:before="160" w:after="20" w:line="240" w:lineRule="auto"/>
        <w:rPr>
          <w:rFonts w:ascii="Proximus Light" w:eastAsia="Proximus Light" w:hAnsi="Proximus Light" w:cs="Proximus Light"/>
          <w:b/>
          <w:bCs/>
          <w:color w:val="auto"/>
          <w:sz w:val="18"/>
          <w:szCs w:val="18"/>
          <w:lang w:val="en-CH" w:eastAsia="en-CH"/>
        </w:rPr>
      </w:pPr>
      <w:r w:rsidRPr="009F7821">
        <w:rPr>
          <w:rFonts w:ascii="Proximus Light" w:eastAsia="Proximus Light" w:hAnsi="Proximus Light" w:cs="Proximus Light"/>
          <w:b/>
          <w:bCs/>
          <w:color w:val="auto"/>
          <w:sz w:val="18"/>
          <w:szCs w:val="18"/>
          <w:lang w:val="en-CH" w:eastAsia="en-CH"/>
        </w:rPr>
        <w:t>Current Status</w:t>
      </w:r>
    </w:p>
    <w:p w14:paraId="4454813F" w14:textId="77777777" w:rsidR="00D37921" w:rsidRPr="009F7821" w:rsidRDefault="00D37921" w:rsidP="00D37921">
      <w:pPr>
        <w:spacing w:before="160" w:after="20" w:line="240" w:lineRule="auto"/>
        <w:rPr>
          <w:rFonts w:ascii="Times New Roman" w:eastAsia="Times New Roman" w:hAnsi="Times New Roman" w:cs="Times New Roman"/>
          <w:color w:val="auto"/>
          <w:sz w:val="18"/>
          <w:szCs w:val="18"/>
          <w:lang w:val="en-CH" w:eastAsia="en-CH"/>
        </w:rPr>
      </w:pPr>
    </w:p>
    <w:tbl>
      <w:tblPr>
        <w:tblW w:w="9638" w:type="dxa"/>
        <w:tblBorders>
          <w:top w:val="single" w:sz="4" w:space="0" w:color="BBBBBB"/>
          <w:left w:val="single" w:sz="4" w:space="0" w:color="BBBBBB"/>
          <w:bottom w:val="single" w:sz="4" w:space="0" w:color="BBBBBB"/>
          <w:right w:val="single" w:sz="4" w:space="0" w:color="BBBBB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9F7821" w14:paraId="4153FA5C" w14:textId="77777777">
        <w:tc>
          <w:tcPr>
            <w:tcW w:w="4819" w:type="dxa"/>
            <w:tcBorders>
              <w:top w:val="single" w:sz="4" w:space="0" w:color="BBBBBB"/>
              <w:left w:val="single" w:sz="4" w:space="0" w:color="BBBBBB"/>
              <w:bottom w:val="single" w:sz="4" w:space="0" w:color="auto"/>
              <w:right w:val="single" w:sz="4" w:space="0" w:color="auto"/>
            </w:tcBorders>
            <w:tcMar>
              <w:top w:w="60" w:type="dxa"/>
              <w:left w:w="100" w:type="dxa"/>
              <w:bottom w:w="60" w:type="dxa"/>
              <w:right w:w="100" w:type="dxa"/>
            </w:tcMar>
            <w:hideMark/>
          </w:tcPr>
          <w:p w14:paraId="1F5DC695"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Occurring</w:t>
            </w:r>
          </w:p>
        </w:tc>
        <w:tc>
          <w:tcPr>
            <w:tcW w:w="4819" w:type="dxa"/>
            <w:tcBorders>
              <w:top w:val="single" w:sz="4" w:space="0" w:color="BBBBBB"/>
              <w:left w:val="single" w:sz="4" w:space="0" w:color="auto"/>
              <w:bottom w:val="single" w:sz="4" w:space="0" w:color="auto"/>
              <w:right w:val="single" w:sz="4" w:space="0" w:color="BBBBBB"/>
            </w:tcBorders>
            <w:tcMar>
              <w:top w:w="60" w:type="dxa"/>
              <w:left w:w="100" w:type="dxa"/>
              <w:bottom w:w="60" w:type="dxa"/>
              <w:right w:w="100" w:type="dxa"/>
            </w:tcMar>
            <w:hideMark/>
          </w:tcPr>
          <w:p w14:paraId="6B980064"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Contained</w:t>
            </w:r>
          </w:p>
        </w:tc>
      </w:tr>
      <w:tr w:rsidR="00D37921" w:rsidRPr="009F7821" w14:paraId="3B1B2828" w14:textId="77777777">
        <w:tc>
          <w:tcPr>
            <w:tcW w:w="4819" w:type="dxa"/>
            <w:tcBorders>
              <w:top w:val="single" w:sz="4" w:space="0" w:color="auto"/>
              <w:left w:val="single" w:sz="4" w:space="0" w:color="BBBBBB"/>
              <w:bottom w:val="single" w:sz="4" w:space="0" w:color="BBBBBB"/>
              <w:right w:val="single" w:sz="4" w:space="0" w:color="auto"/>
            </w:tcBorders>
            <w:tcMar>
              <w:top w:w="60" w:type="dxa"/>
              <w:left w:w="100" w:type="dxa"/>
              <w:bottom w:w="60" w:type="dxa"/>
              <w:right w:w="100" w:type="dxa"/>
            </w:tcMar>
            <w:hideMark/>
          </w:tcPr>
          <w:p w14:paraId="4DB862FA"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Occurred</w:t>
            </w:r>
          </w:p>
        </w:tc>
        <w:tc>
          <w:tcPr>
            <w:tcW w:w="4819" w:type="dxa"/>
            <w:tcBorders>
              <w:top w:val="single" w:sz="4" w:space="0" w:color="auto"/>
              <w:left w:val="single" w:sz="4" w:space="0" w:color="auto"/>
              <w:bottom w:val="single" w:sz="4" w:space="0" w:color="BBBBBB"/>
              <w:right w:val="single" w:sz="4" w:space="0" w:color="BBBBBB"/>
            </w:tcBorders>
            <w:tcMar>
              <w:top w:w="60" w:type="dxa"/>
              <w:left w:w="100" w:type="dxa"/>
              <w:bottom w:w="60" w:type="dxa"/>
              <w:right w:w="100" w:type="dxa"/>
            </w:tcMar>
            <w:hideMark/>
          </w:tcPr>
          <w:p w14:paraId="35B9FC91"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Unknown</w:t>
            </w:r>
          </w:p>
        </w:tc>
      </w:tr>
    </w:tbl>
    <w:p w14:paraId="1BE06C70"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p w14:paraId="5D35905B" w14:textId="1B216F53" w:rsidR="00E14AF4" w:rsidRDefault="00F117FD">
      <w:r>
        <w:br w:type="page"/>
      </w:r>
    </w:p>
    <w:tbl>
      <w:tblPr>
        <w:tblW w:w="0" w:type="auto"/>
        <w:tblLook w:val="04A0" w:firstRow="1" w:lastRow="0" w:firstColumn="1" w:lastColumn="0" w:noHBand="0" w:noVBand="1"/>
      </w:tblPr>
      <w:tblGrid>
        <w:gridCol w:w="9638"/>
      </w:tblGrid>
      <w:tr w:rsidR="00E14AF4" w14:paraId="0CC822E7" w14:textId="77777777">
        <w:tc>
          <w:tcPr>
            <w:tcW w:w="9638" w:type="dxa"/>
            <w:shd w:val="clear" w:color="auto" w:fill="5B2D8E"/>
          </w:tcPr>
          <w:p w14:paraId="6AEFCE3E" w14:textId="088F48C1" w:rsidR="00E14AF4" w:rsidRDefault="00F117FD">
            <w:pPr>
              <w:spacing w:before="40" w:after="40"/>
            </w:pPr>
            <w:r w:rsidRPr="00336549">
              <w:rPr>
                <w:rFonts w:ascii="Proximus Light" w:hAnsi="Proximus Light"/>
                <w:b/>
                <w:color w:val="FFFFFF"/>
                <w:sz w:val="24"/>
              </w:rPr>
              <w:lastRenderedPageBreak/>
              <w:t xml:space="preserve">SECTION 3 </w:t>
            </w:r>
            <w:r w:rsidR="003C7ABA" w:rsidRPr="00336549">
              <w:rPr>
                <w:rFonts w:ascii="Proximus Light" w:hAnsi="Proximus Light"/>
                <w:b/>
                <w:color w:val="FFFFFF"/>
                <w:sz w:val="24"/>
              </w:rPr>
              <w:t>-</w:t>
            </w:r>
            <w:r w:rsidRPr="00336549">
              <w:rPr>
                <w:rFonts w:ascii="Proximus Light" w:hAnsi="Proximus Light"/>
                <w:b/>
                <w:color w:val="FFFFFF"/>
                <w:sz w:val="24"/>
              </w:rPr>
              <w:t xml:space="preserve"> </w:t>
            </w:r>
            <w:r w:rsidR="00D37921" w:rsidRPr="00D37921">
              <w:rPr>
                <w:rFonts w:ascii="Proximus Light" w:hAnsi="Proximus Light"/>
                <w:b/>
                <w:color w:val="FFFFFF"/>
                <w:sz w:val="24"/>
              </w:rPr>
              <w:t>Affected Systems &amp; Infrastructure</w:t>
            </w:r>
          </w:p>
        </w:tc>
      </w:tr>
    </w:tbl>
    <w:p w14:paraId="74EFAD7D" w14:textId="77777777" w:rsidR="00E14AF4" w:rsidRDefault="00E14AF4"/>
    <w:p w14:paraId="019E6676" w14:textId="77777777" w:rsidR="00D37921" w:rsidRPr="009F7821" w:rsidRDefault="00D37921" w:rsidP="00D37921">
      <w:pPr>
        <w:rPr>
          <w:rFonts w:ascii="Proximus Light" w:hAnsi="Proximus Light"/>
          <w:b/>
          <w:bCs/>
          <w:sz w:val="18"/>
          <w:szCs w:val="20"/>
          <w:lang w:val="en-CH"/>
        </w:rPr>
      </w:pPr>
      <w:r w:rsidRPr="009F7821">
        <w:rPr>
          <w:rFonts w:ascii="Proximus Light" w:hAnsi="Proximus Light"/>
          <w:b/>
          <w:bCs/>
          <w:sz w:val="18"/>
          <w:szCs w:val="20"/>
          <w:lang w:val="en-CH"/>
        </w:rPr>
        <w:t>Impacted System(s) / Hostname(s)</w:t>
      </w:r>
    </w:p>
    <w:p w14:paraId="09FD4546" w14:textId="77777777" w:rsidR="00D37921" w:rsidRPr="00D37921" w:rsidRDefault="00D37921" w:rsidP="00D37921">
      <w:pPr>
        <w:rPr>
          <w:rFonts w:ascii="Proximus Light" w:hAnsi="Proximus Light"/>
          <w:lang w:val="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48531208"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34CD701F" w14:textId="77777777" w:rsidR="00D37921" w:rsidRPr="00D37921" w:rsidRDefault="00D37921" w:rsidP="00D37921">
            <w:pPr>
              <w:rPr>
                <w:rFonts w:ascii="Proximus Light" w:hAnsi="Proximus Light"/>
                <w:lang w:val="en-CH"/>
              </w:rPr>
            </w:pPr>
          </w:p>
        </w:tc>
      </w:tr>
      <w:tr w:rsidR="00D37921" w:rsidRPr="00D37921" w14:paraId="0E5178D3"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35E787CC" w14:textId="77777777" w:rsidR="00D37921" w:rsidRPr="00D37921" w:rsidRDefault="00D37921" w:rsidP="00D37921">
            <w:pPr>
              <w:rPr>
                <w:rFonts w:ascii="Proximus Light" w:hAnsi="Proximus Light"/>
                <w:lang w:val="en-CH"/>
              </w:rPr>
            </w:pPr>
          </w:p>
        </w:tc>
      </w:tr>
    </w:tbl>
    <w:p w14:paraId="34963B4A" w14:textId="77777777" w:rsidR="00D37921" w:rsidRDefault="00D37921" w:rsidP="00D37921">
      <w:pPr>
        <w:rPr>
          <w:rFonts w:ascii="Proximus Light" w:hAnsi="Proximus Light"/>
          <w:b/>
          <w:bCs/>
          <w:lang w:val="en-CH"/>
        </w:rPr>
      </w:pPr>
    </w:p>
    <w:p w14:paraId="6694F6B7" w14:textId="54574F9E" w:rsidR="00D37921" w:rsidRPr="009F7821" w:rsidRDefault="00D37921" w:rsidP="00D37921">
      <w:pPr>
        <w:rPr>
          <w:rFonts w:ascii="Proximus Light" w:hAnsi="Proximus Light"/>
          <w:b/>
          <w:bCs/>
          <w:sz w:val="18"/>
          <w:szCs w:val="20"/>
          <w:lang w:val="en-CH"/>
        </w:rPr>
      </w:pPr>
      <w:r w:rsidRPr="009F7821">
        <w:rPr>
          <w:rFonts w:ascii="Proximus Light" w:hAnsi="Proximus Light"/>
          <w:b/>
          <w:bCs/>
          <w:sz w:val="18"/>
          <w:szCs w:val="20"/>
          <w:lang w:val="en-CH"/>
        </w:rPr>
        <w:t>IP Address(es) / Range(s) &amp; Operating System(s)</w:t>
      </w:r>
    </w:p>
    <w:p w14:paraId="35241A3D" w14:textId="77777777" w:rsidR="00D37921" w:rsidRPr="00D37921" w:rsidRDefault="00D37921" w:rsidP="00D37921">
      <w:pPr>
        <w:rPr>
          <w:rFonts w:ascii="Proximus Light" w:hAnsi="Proximus Light"/>
          <w:lang w:val="en-CH"/>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5D473862" w14:textId="77777777">
        <w:tc>
          <w:tcPr>
            <w:tcW w:w="481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BC9AFEE" w14:textId="77777777" w:rsidR="00D37921" w:rsidRPr="009F7821" w:rsidRDefault="00D37921" w:rsidP="009F7821">
            <w:pPr>
              <w:jc w:val="center"/>
              <w:rPr>
                <w:rFonts w:ascii="Proximus Light" w:hAnsi="Proximus Light"/>
                <w:sz w:val="18"/>
                <w:szCs w:val="20"/>
                <w:lang w:val="en-CH"/>
              </w:rPr>
            </w:pPr>
            <w:r w:rsidRPr="009F7821">
              <w:rPr>
                <w:rFonts w:ascii="Proximus Light" w:hAnsi="Proximus Light"/>
                <w:b/>
                <w:bCs/>
                <w:sz w:val="18"/>
                <w:szCs w:val="20"/>
                <w:lang w:val="en-CH"/>
              </w:rPr>
              <w:t>IP Address(es) / Range(s)</w:t>
            </w:r>
          </w:p>
        </w:tc>
        <w:tc>
          <w:tcPr>
            <w:tcW w:w="481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36F3B6B" w14:textId="77777777" w:rsidR="00D37921" w:rsidRPr="009F7821" w:rsidRDefault="00D37921" w:rsidP="009F7821">
            <w:pPr>
              <w:jc w:val="center"/>
              <w:rPr>
                <w:rFonts w:ascii="Proximus Light" w:hAnsi="Proximus Light"/>
                <w:sz w:val="18"/>
                <w:szCs w:val="20"/>
                <w:lang w:val="en-CH"/>
              </w:rPr>
            </w:pPr>
            <w:r w:rsidRPr="009F7821">
              <w:rPr>
                <w:rFonts w:ascii="Proximus Light" w:hAnsi="Proximus Light"/>
                <w:b/>
                <w:bCs/>
                <w:sz w:val="18"/>
                <w:szCs w:val="20"/>
                <w:lang w:val="en-CH"/>
              </w:rPr>
              <w:t>Operating System(s)</w:t>
            </w:r>
          </w:p>
        </w:tc>
      </w:tr>
      <w:tr w:rsidR="00D37921" w:rsidRPr="00D37921" w14:paraId="66A81F9E" w14:textId="77777777">
        <w:tc>
          <w:tcPr>
            <w:tcW w:w="4819"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104AF081" w14:textId="77777777" w:rsidR="00D37921" w:rsidRPr="009F7821" w:rsidRDefault="00D37921" w:rsidP="009F7821">
            <w:pPr>
              <w:jc w:val="center"/>
              <w:rPr>
                <w:rFonts w:ascii="Proximus Light" w:hAnsi="Proximus Light"/>
                <w:sz w:val="18"/>
                <w:szCs w:val="20"/>
                <w:lang w:val="en-CH"/>
              </w:rPr>
            </w:pPr>
          </w:p>
        </w:tc>
        <w:tc>
          <w:tcPr>
            <w:tcW w:w="4819"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25F943BB" w14:textId="77777777" w:rsidR="00D37921" w:rsidRPr="009F7821" w:rsidRDefault="00D37921" w:rsidP="009F7821">
            <w:pPr>
              <w:jc w:val="center"/>
              <w:rPr>
                <w:rFonts w:ascii="Proximus Light" w:hAnsi="Proximus Light"/>
                <w:sz w:val="18"/>
                <w:szCs w:val="20"/>
                <w:lang w:val="en-CH"/>
              </w:rPr>
            </w:pPr>
          </w:p>
        </w:tc>
      </w:tr>
    </w:tbl>
    <w:p w14:paraId="7B5443AA" w14:textId="77777777" w:rsidR="00D37921" w:rsidRDefault="00D37921" w:rsidP="00D37921">
      <w:pPr>
        <w:rPr>
          <w:rFonts w:ascii="Proximus Light" w:hAnsi="Proximus Light"/>
          <w:b/>
          <w:bCs/>
          <w:lang w:val="en-CH"/>
        </w:rPr>
      </w:pPr>
    </w:p>
    <w:p w14:paraId="5AD1E390" w14:textId="450F69A2" w:rsidR="00D37921" w:rsidRPr="009F7821" w:rsidRDefault="00D37921" w:rsidP="00D37921">
      <w:pPr>
        <w:rPr>
          <w:rFonts w:ascii="Proximus Light" w:hAnsi="Proximus Light"/>
          <w:b/>
          <w:bCs/>
          <w:sz w:val="18"/>
          <w:szCs w:val="20"/>
          <w:lang w:val="en-CH"/>
        </w:rPr>
      </w:pPr>
      <w:r w:rsidRPr="009F7821">
        <w:rPr>
          <w:rFonts w:ascii="Proximus Light" w:hAnsi="Proximus Light"/>
          <w:b/>
          <w:bCs/>
          <w:sz w:val="18"/>
          <w:szCs w:val="20"/>
          <w:lang w:val="en-CH"/>
        </w:rPr>
        <w:t>Affected Services / Applications</w:t>
      </w:r>
    </w:p>
    <w:p w14:paraId="3514C6E0" w14:textId="77777777" w:rsidR="00D37921" w:rsidRPr="00D37921" w:rsidRDefault="00D37921" w:rsidP="00D37921">
      <w:pPr>
        <w:rPr>
          <w:rFonts w:ascii="Proximus Light" w:hAnsi="Proximus Light"/>
          <w:lang w:val="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34562ED0"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4113EC1F" w14:textId="77777777" w:rsidR="00D37921" w:rsidRPr="00D37921" w:rsidRDefault="00D37921" w:rsidP="00D37921">
            <w:pPr>
              <w:rPr>
                <w:rFonts w:ascii="Proximus Light" w:hAnsi="Proximus Light"/>
                <w:lang w:val="en-CH"/>
              </w:rPr>
            </w:pPr>
          </w:p>
        </w:tc>
      </w:tr>
      <w:tr w:rsidR="00D37921" w:rsidRPr="00D37921" w14:paraId="0C755039"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694EBB53" w14:textId="77777777" w:rsidR="00D37921" w:rsidRPr="00D37921" w:rsidRDefault="00D37921" w:rsidP="00D37921">
            <w:pPr>
              <w:rPr>
                <w:rFonts w:ascii="Proximus Light" w:hAnsi="Proximus Light"/>
                <w:lang w:val="en-CH"/>
              </w:rPr>
            </w:pPr>
          </w:p>
        </w:tc>
      </w:tr>
    </w:tbl>
    <w:p w14:paraId="1A1B1E22" w14:textId="77777777" w:rsidR="00D37921" w:rsidRDefault="00D37921" w:rsidP="00D37921">
      <w:pPr>
        <w:rPr>
          <w:rFonts w:ascii="Proximus Light" w:hAnsi="Proximus Light"/>
          <w:b/>
          <w:bCs/>
          <w:lang w:val="en-CH"/>
        </w:rPr>
      </w:pPr>
    </w:p>
    <w:p w14:paraId="0B9351DC" w14:textId="791E4A73" w:rsidR="00D37921" w:rsidRPr="009F7821" w:rsidRDefault="00D37921" w:rsidP="00D37921">
      <w:pPr>
        <w:rPr>
          <w:rFonts w:ascii="Proximus Light" w:hAnsi="Proximus Light"/>
          <w:b/>
          <w:bCs/>
          <w:sz w:val="18"/>
          <w:szCs w:val="20"/>
          <w:lang w:val="en-CH"/>
        </w:rPr>
      </w:pPr>
      <w:r w:rsidRPr="009F7821">
        <w:rPr>
          <w:rFonts w:ascii="Proximus Light" w:hAnsi="Proximus Light"/>
          <w:b/>
          <w:bCs/>
          <w:sz w:val="18"/>
          <w:szCs w:val="20"/>
          <w:lang w:val="en-CH"/>
        </w:rPr>
        <w:t>Network Segment / VLAN (if known)</w:t>
      </w:r>
    </w:p>
    <w:p w14:paraId="7C161999" w14:textId="77777777" w:rsidR="00D37921" w:rsidRPr="00D37921" w:rsidRDefault="00D37921" w:rsidP="00D37921">
      <w:pPr>
        <w:rPr>
          <w:rFonts w:ascii="Proximus Light" w:hAnsi="Proximus Light"/>
          <w:lang w:val="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08C0E76C"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2DB80C69" w14:textId="77777777" w:rsidR="00D37921" w:rsidRPr="00D37921" w:rsidRDefault="00D37921" w:rsidP="00D37921">
            <w:pPr>
              <w:rPr>
                <w:rFonts w:ascii="Proximus Light" w:hAnsi="Proximus Light"/>
                <w:lang w:val="en-CH"/>
              </w:rPr>
            </w:pPr>
          </w:p>
        </w:tc>
      </w:tr>
    </w:tbl>
    <w:p w14:paraId="04CCB3A6" w14:textId="77777777" w:rsidR="00E14AF4" w:rsidRPr="00D37921" w:rsidRDefault="00E14AF4">
      <w:pPr>
        <w:rPr>
          <w:rFonts w:ascii="Proximus Light" w:hAnsi="Proximus Light"/>
          <w:lang w:val="en-CH"/>
        </w:rPr>
      </w:pPr>
    </w:p>
    <w:p w14:paraId="625AFCCE" w14:textId="77777777" w:rsidR="00D37921" w:rsidRDefault="00D37921">
      <w:pPr>
        <w:rPr>
          <w:rFonts w:ascii="Proximus Light" w:hAnsi="Proximus Light"/>
        </w:rPr>
      </w:pPr>
    </w:p>
    <w:p w14:paraId="65803CB8" w14:textId="76E0F3CC" w:rsidR="00D37921" w:rsidRDefault="00D37921">
      <w:pPr>
        <w:spacing w:after="200"/>
        <w:rPr>
          <w:rFonts w:ascii="Proximus Light" w:hAnsi="Proximus Light"/>
        </w:rPr>
      </w:pPr>
      <w:r>
        <w:rPr>
          <w:rFonts w:ascii="Proximus Light" w:hAnsi="Proximus Light"/>
        </w:rPr>
        <w:br w:type="page"/>
      </w:r>
    </w:p>
    <w:tbl>
      <w:tblPr>
        <w:tblW w:w="0" w:type="auto"/>
        <w:tblLook w:val="04A0" w:firstRow="1" w:lastRow="0" w:firstColumn="1" w:lastColumn="0" w:noHBand="0" w:noVBand="1"/>
      </w:tblPr>
      <w:tblGrid>
        <w:gridCol w:w="9638"/>
      </w:tblGrid>
      <w:tr w:rsidR="00E14AF4" w14:paraId="2CFB17CD" w14:textId="77777777">
        <w:tc>
          <w:tcPr>
            <w:tcW w:w="9638" w:type="dxa"/>
            <w:shd w:val="clear" w:color="auto" w:fill="5B2D8E"/>
          </w:tcPr>
          <w:p w14:paraId="7EF58BA4" w14:textId="2F2E5939" w:rsidR="00E14AF4" w:rsidRDefault="00F117FD">
            <w:pPr>
              <w:spacing w:before="40" w:after="40"/>
            </w:pPr>
            <w:r w:rsidRPr="009F7C9D">
              <w:rPr>
                <w:rFonts w:ascii="Proximus Light" w:hAnsi="Proximus Light"/>
                <w:b/>
                <w:color w:val="FFFFFF"/>
                <w:sz w:val="24"/>
              </w:rPr>
              <w:lastRenderedPageBreak/>
              <w:t xml:space="preserve">SECTION 4 </w:t>
            </w:r>
            <w:r w:rsidR="003E7F42" w:rsidRPr="009F7C9D">
              <w:rPr>
                <w:rFonts w:ascii="Proximus Light" w:hAnsi="Proximus Light"/>
                <w:b/>
                <w:color w:val="FFFFFF"/>
                <w:sz w:val="24"/>
              </w:rPr>
              <w:t xml:space="preserve">- </w:t>
            </w:r>
            <w:r w:rsidR="00D37921" w:rsidRPr="00D37921">
              <w:rPr>
                <w:rFonts w:ascii="Proximus Light" w:hAnsi="Proximus Light"/>
                <w:b/>
                <w:bCs/>
                <w:color w:val="FFFFFF"/>
                <w:sz w:val="24"/>
              </w:rPr>
              <w:t>Indicators of Compromise (IoC)</w:t>
            </w:r>
          </w:p>
        </w:tc>
      </w:tr>
    </w:tbl>
    <w:p w14:paraId="37CCEBD0" w14:textId="77777777" w:rsidR="00E14AF4" w:rsidRDefault="00E14AF4"/>
    <w:p w14:paraId="454B3758" w14:textId="77777777" w:rsidR="00D37921" w:rsidRPr="009F7821" w:rsidRDefault="00D37921" w:rsidP="00D37921">
      <w:pPr>
        <w:rPr>
          <w:rFonts w:ascii="Proximus Light" w:hAnsi="Proximus Light"/>
          <w:b/>
          <w:bCs/>
          <w:sz w:val="18"/>
          <w:szCs w:val="20"/>
          <w:lang w:val="en-CH"/>
        </w:rPr>
      </w:pPr>
      <w:r w:rsidRPr="009F7821">
        <w:rPr>
          <w:rFonts w:ascii="Proximus Light" w:hAnsi="Proximus Light"/>
          <w:b/>
          <w:bCs/>
          <w:sz w:val="18"/>
          <w:szCs w:val="20"/>
          <w:lang w:val="en-CH"/>
        </w:rPr>
        <w:t>Suspicious IP Addresses / Domains / URLs</w:t>
      </w:r>
    </w:p>
    <w:p w14:paraId="03AD0127" w14:textId="77777777" w:rsidR="00D37921" w:rsidRPr="00D37921" w:rsidRDefault="00D37921" w:rsidP="00D37921">
      <w:pPr>
        <w:rPr>
          <w:lang w:val="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4B553737"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71971032" w14:textId="77777777" w:rsidR="00D37921" w:rsidRPr="00D37921" w:rsidRDefault="00D37921" w:rsidP="00D37921">
            <w:pPr>
              <w:rPr>
                <w:lang w:val="en-CH"/>
              </w:rPr>
            </w:pPr>
          </w:p>
        </w:tc>
      </w:tr>
      <w:tr w:rsidR="00D37921" w:rsidRPr="00D37921" w14:paraId="29D46A35"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1F3405EF" w14:textId="77777777" w:rsidR="00D37921" w:rsidRPr="00D37921" w:rsidRDefault="00D37921" w:rsidP="00D37921">
            <w:pPr>
              <w:rPr>
                <w:lang w:val="en-CH"/>
              </w:rPr>
            </w:pPr>
          </w:p>
        </w:tc>
      </w:tr>
      <w:tr w:rsidR="00D37921" w:rsidRPr="00D37921" w14:paraId="44B5C6D3"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54FB3890" w14:textId="77777777" w:rsidR="00D37921" w:rsidRPr="00D37921" w:rsidRDefault="00D37921" w:rsidP="00D37921">
            <w:pPr>
              <w:rPr>
                <w:lang w:val="en-CH"/>
              </w:rPr>
            </w:pPr>
          </w:p>
        </w:tc>
      </w:tr>
    </w:tbl>
    <w:p w14:paraId="0F7DF7F1" w14:textId="77777777" w:rsidR="00D37921" w:rsidRDefault="00D37921" w:rsidP="00D37921">
      <w:pPr>
        <w:rPr>
          <w:b/>
          <w:bCs/>
          <w:lang w:val="en-CH"/>
        </w:rPr>
      </w:pPr>
    </w:p>
    <w:p w14:paraId="0C9976AE" w14:textId="1F11F8AE" w:rsidR="00D37921" w:rsidRPr="009F7821" w:rsidRDefault="00D37921" w:rsidP="00D37921">
      <w:pPr>
        <w:rPr>
          <w:rFonts w:ascii="Proximus Light" w:hAnsi="Proximus Light"/>
          <w:b/>
          <w:bCs/>
          <w:sz w:val="18"/>
          <w:szCs w:val="20"/>
          <w:lang w:val="en-CH"/>
        </w:rPr>
      </w:pPr>
      <w:r w:rsidRPr="009F7821">
        <w:rPr>
          <w:rFonts w:ascii="Proximus Light" w:hAnsi="Proximus Light"/>
          <w:b/>
          <w:bCs/>
          <w:sz w:val="18"/>
          <w:szCs w:val="20"/>
          <w:lang w:val="en-CH"/>
        </w:rPr>
        <w:t>File Hashes (MD5 / SHA-1 / SHA-256)</w:t>
      </w:r>
    </w:p>
    <w:p w14:paraId="2D11BA37" w14:textId="77777777" w:rsidR="00D37921" w:rsidRPr="00D37921" w:rsidRDefault="00D37921" w:rsidP="00D37921">
      <w:pPr>
        <w:rPr>
          <w:lang w:val="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745C642F"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766AA582" w14:textId="77777777" w:rsidR="00D37921" w:rsidRPr="00D37921" w:rsidRDefault="00D37921" w:rsidP="00D37921">
            <w:pPr>
              <w:rPr>
                <w:lang w:val="en-CH"/>
              </w:rPr>
            </w:pPr>
          </w:p>
        </w:tc>
      </w:tr>
      <w:tr w:rsidR="00D37921" w:rsidRPr="00D37921" w14:paraId="18464537"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177C57F0" w14:textId="77777777" w:rsidR="00D37921" w:rsidRPr="00D37921" w:rsidRDefault="00D37921" w:rsidP="00D37921">
            <w:pPr>
              <w:rPr>
                <w:lang w:val="en-CH"/>
              </w:rPr>
            </w:pPr>
          </w:p>
        </w:tc>
      </w:tr>
    </w:tbl>
    <w:p w14:paraId="52712F7A" w14:textId="77777777" w:rsidR="00D37921" w:rsidRDefault="00D37921" w:rsidP="00D37921">
      <w:pPr>
        <w:rPr>
          <w:b/>
          <w:bCs/>
          <w:lang w:val="en-CH"/>
        </w:rPr>
      </w:pPr>
    </w:p>
    <w:p w14:paraId="5ADA1D34" w14:textId="1C21A986" w:rsidR="00D37921" w:rsidRPr="009F7821" w:rsidRDefault="00D37921" w:rsidP="00D37921">
      <w:pPr>
        <w:rPr>
          <w:rFonts w:ascii="Proximus Light" w:hAnsi="Proximus Light"/>
          <w:b/>
          <w:bCs/>
          <w:sz w:val="18"/>
          <w:szCs w:val="20"/>
          <w:lang w:val="en-CH"/>
        </w:rPr>
      </w:pPr>
      <w:r w:rsidRPr="009F7821">
        <w:rPr>
          <w:rFonts w:ascii="Proximus Light" w:hAnsi="Proximus Light"/>
          <w:b/>
          <w:bCs/>
          <w:sz w:val="18"/>
          <w:szCs w:val="20"/>
          <w:lang w:val="en-CH"/>
        </w:rPr>
        <w:t>Malware Samples / Names (if identified)</w:t>
      </w:r>
    </w:p>
    <w:p w14:paraId="72665BE3" w14:textId="77777777" w:rsidR="00D37921" w:rsidRPr="00D37921" w:rsidRDefault="00D37921" w:rsidP="00D37921">
      <w:pPr>
        <w:rPr>
          <w:lang w:val="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054D86B5"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7C9F4601" w14:textId="77777777" w:rsidR="00D37921" w:rsidRPr="00D37921" w:rsidRDefault="00D37921" w:rsidP="00D37921">
            <w:pPr>
              <w:rPr>
                <w:lang w:val="en-CH"/>
              </w:rPr>
            </w:pPr>
          </w:p>
        </w:tc>
      </w:tr>
    </w:tbl>
    <w:p w14:paraId="3E5F58DE" w14:textId="77777777" w:rsidR="00D37921" w:rsidRDefault="00D37921" w:rsidP="00D37921">
      <w:pPr>
        <w:rPr>
          <w:b/>
          <w:bCs/>
          <w:lang w:val="en-CH"/>
        </w:rPr>
      </w:pPr>
    </w:p>
    <w:p w14:paraId="0A35886D" w14:textId="5BE013AA" w:rsidR="00D37921" w:rsidRPr="009F7821" w:rsidRDefault="00D37921" w:rsidP="00D37921">
      <w:pPr>
        <w:rPr>
          <w:rFonts w:ascii="Proximus Light" w:hAnsi="Proximus Light"/>
          <w:b/>
          <w:bCs/>
          <w:sz w:val="18"/>
          <w:szCs w:val="20"/>
          <w:lang w:val="en-CH"/>
        </w:rPr>
      </w:pPr>
      <w:r w:rsidRPr="009F7821">
        <w:rPr>
          <w:rFonts w:ascii="Proximus Light" w:hAnsi="Proximus Light"/>
          <w:b/>
          <w:bCs/>
          <w:sz w:val="18"/>
          <w:szCs w:val="20"/>
          <w:lang w:val="en-CH"/>
        </w:rPr>
        <w:t>Suspicious Email Addresses / Subjects</w:t>
      </w:r>
    </w:p>
    <w:p w14:paraId="59229FD4" w14:textId="77777777" w:rsidR="00D37921" w:rsidRPr="00D37921" w:rsidRDefault="00D37921" w:rsidP="00D37921">
      <w:pPr>
        <w:rPr>
          <w:lang w:val="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46AC48B4"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42BF79B1" w14:textId="77777777" w:rsidR="00D37921" w:rsidRPr="00D37921" w:rsidRDefault="00D37921" w:rsidP="00D37921">
            <w:pPr>
              <w:rPr>
                <w:lang w:val="en-CH"/>
              </w:rPr>
            </w:pPr>
          </w:p>
        </w:tc>
      </w:tr>
      <w:tr w:rsidR="00D37921" w:rsidRPr="00D37921" w14:paraId="4632504A"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5A6DED37" w14:textId="77777777" w:rsidR="00D37921" w:rsidRPr="00D37921" w:rsidRDefault="00D37921" w:rsidP="00D37921">
            <w:pPr>
              <w:rPr>
                <w:lang w:val="en-CH"/>
              </w:rPr>
            </w:pPr>
          </w:p>
        </w:tc>
      </w:tr>
    </w:tbl>
    <w:p w14:paraId="133F03A6" w14:textId="77777777" w:rsidR="00D37921" w:rsidRPr="00D37921" w:rsidRDefault="00D37921" w:rsidP="00D37921">
      <w:pPr>
        <w:rPr>
          <w:lang w:val="en-CH"/>
        </w:rPr>
      </w:pPr>
    </w:p>
    <w:p w14:paraId="1E493CDE" w14:textId="77777777" w:rsidR="00E14AF4" w:rsidRDefault="00E14AF4"/>
    <w:p w14:paraId="29BC02AF" w14:textId="77777777" w:rsidR="00C417F9" w:rsidRDefault="00C417F9"/>
    <w:p w14:paraId="50E85ED7" w14:textId="77777777" w:rsidR="00C417F9" w:rsidRDefault="00C417F9"/>
    <w:p w14:paraId="624CC0CE" w14:textId="77777777" w:rsidR="00C417F9" w:rsidRDefault="00C417F9"/>
    <w:p w14:paraId="4A1D758D" w14:textId="673390BD" w:rsidR="00D37921" w:rsidRDefault="00D37921">
      <w:pPr>
        <w:spacing w:after="200"/>
      </w:pPr>
      <w:r>
        <w:br w:type="page"/>
      </w:r>
    </w:p>
    <w:tbl>
      <w:tblPr>
        <w:tblW w:w="0" w:type="auto"/>
        <w:tblLook w:val="04A0" w:firstRow="1" w:lastRow="0" w:firstColumn="1" w:lastColumn="0" w:noHBand="0" w:noVBand="1"/>
      </w:tblPr>
      <w:tblGrid>
        <w:gridCol w:w="9638"/>
      </w:tblGrid>
      <w:tr w:rsidR="009F7C9D" w14:paraId="66BDA6F6" w14:textId="77777777" w:rsidTr="00A56045">
        <w:tc>
          <w:tcPr>
            <w:tcW w:w="9638" w:type="dxa"/>
            <w:shd w:val="clear" w:color="auto" w:fill="5B2D8E"/>
          </w:tcPr>
          <w:p w14:paraId="6E62FE2B" w14:textId="2ABFF4B9" w:rsidR="009F7C9D" w:rsidRDefault="009F7C9D" w:rsidP="00A56045">
            <w:pPr>
              <w:spacing w:before="40" w:after="40"/>
            </w:pPr>
            <w:r w:rsidRPr="009F7C9D">
              <w:rPr>
                <w:rFonts w:ascii="Proximus Light" w:hAnsi="Proximus Light"/>
                <w:b/>
                <w:color w:val="FFFFFF"/>
                <w:sz w:val="24"/>
              </w:rPr>
              <w:lastRenderedPageBreak/>
              <w:t xml:space="preserve">SECTION </w:t>
            </w:r>
            <w:r>
              <w:rPr>
                <w:rFonts w:ascii="Proximus Light" w:hAnsi="Proximus Light"/>
                <w:b/>
                <w:color w:val="FFFFFF"/>
                <w:sz w:val="24"/>
              </w:rPr>
              <w:t>5</w:t>
            </w:r>
            <w:r w:rsidRPr="009F7C9D">
              <w:rPr>
                <w:rFonts w:ascii="Proximus Light" w:hAnsi="Proximus Light"/>
                <w:b/>
                <w:color w:val="FFFFFF"/>
                <w:sz w:val="24"/>
              </w:rPr>
              <w:t xml:space="preserve"> </w:t>
            </w:r>
            <w:r>
              <w:rPr>
                <w:rFonts w:ascii="Proximus Light" w:hAnsi="Proximus Light"/>
                <w:b/>
                <w:color w:val="FFFFFF"/>
                <w:sz w:val="24"/>
              </w:rPr>
              <w:t>–</w:t>
            </w:r>
            <w:r w:rsidRPr="009F7C9D">
              <w:rPr>
                <w:rFonts w:ascii="Proximus Light" w:hAnsi="Proximus Light"/>
                <w:b/>
                <w:color w:val="FFFFFF"/>
                <w:sz w:val="24"/>
              </w:rPr>
              <w:t xml:space="preserve"> </w:t>
            </w:r>
            <w:r w:rsidR="00D37921" w:rsidRPr="00D37921">
              <w:rPr>
                <w:rFonts w:ascii="Proximus Light" w:hAnsi="Proximus Light"/>
                <w:b/>
                <w:bCs/>
                <w:color w:val="FFFFFF"/>
                <w:sz w:val="24"/>
              </w:rPr>
              <w:t>Impact Assessment</w:t>
            </w:r>
          </w:p>
        </w:tc>
      </w:tr>
    </w:tbl>
    <w:p w14:paraId="66637728" w14:textId="67718053" w:rsidR="009F7C9D" w:rsidRDefault="009F7C9D">
      <w:r>
        <w:rPr>
          <w:b/>
          <w:color w:val="FFFFFF"/>
          <w:sz w:val="24"/>
        </w:rPr>
        <w:t>ION 5 - Proof-of-Concept (PoC) Code &amp; Evidence</w:t>
      </w:r>
    </w:p>
    <w:p w14:paraId="487608B6"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Proximus Light" w:eastAsia="Proximus Light" w:hAnsi="Proximus Light" w:cs="Proximus Light"/>
          <w:b/>
          <w:bCs/>
          <w:sz w:val="18"/>
          <w:szCs w:val="20"/>
          <w:lang w:val="en-CH"/>
        </w:rPr>
        <w:t>Data Affected</w:t>
      </w:r>
    </w:p>
    <w:tbl>
      <w:tblPr>
        <w:tblW w:w="9638" w:type="dxa"/>
        <w:tblBorders>
          <w:top w:val="single" w:sz="4" w:space="0" w:color="BBBBBB"/>
          <w:left w:val="single" w:sz="4" w:space="0" w:color="BBBBBB"/>
          <w:bottom w:val="single" w:sz="4" w:space="0" w:color="BBBBBB"/>
          <w:right w:val="single" w:sz="4" w:space="0" w:color="BBBBB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20E955FE" w14:textId="77777777">
        <w:tc>
          <w:tcPr>
            <w:tcW w:w="4819" w:type="dxa"/>
            <w:tcBorders>
              <w:top w:val="single" w:sz="4" w:space="0" w:color="BBBBBB"/>
              <w:left w:val="single" w:sz="4" w:space="0" w:color="BBBBBB"/>
              <w:bottom w:val="single" w:sz="4" w:space="0" w:color="auto"/>
              <w:right w:val="single" w:sz="4" w:space="0" w:color="auto"/>
            </w:tcBorders>
            <w:tcMar>
              <w:top w:w="60" w:type="dxa"/>
              <w:left w:w="100" w:type="dxa"/>
              <w:bottom w:w="60" w:type="dxa"/>
              <w:right w:w="100" w:type="dxa"/>
            </w:tcMar>
            <w:hideMark/>
          </w:tcPr>
          <w:p w14:paraId="73391690"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Personal Data (GDPR)</w:t>
            </w:r>
          </w:p>
        </w:tc>
        <w:tc>
          <w:tcPr>
            <w:tcW w:w="4819" w:type="dxa"/>
            <w:tcBorders>
              <w:top w:val="single" w:sz="4" w:space="0" w:color="BBBBBB"/>
              <w:left w:val="single" w:sz="4" w:space="0" w:color="auto"/>
              <w:bottom w:val="single" w:sz="4" w:space="0" w:color="auto"/>
              <w:right w:val="single" w:sz="4" w:space="0" w:color="BBBBBB"/>
            </w:tcBorders>
            <w:tcMar>
              <w:top w:w="60" w:type="dxa"/>
              <w:left w:w="100" w:type="dxa"/>
              <w:bottom w:w="60" w:type="dxa"/>
              <w:right w:w="100" w:type="dxa"/>
            </w:tcMar>
            <w:hideMark/>
          </w:tcPr>
          <w:p w14:paraId="70239A74"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Financial Data</w:t>
            </w:r>
          </w:p>
        </w:tc>
      </w:tr>
      <w:tr w:rsidR="00D37921" w:rsidRPr="00D37921" w14:paraId="1FFDEFAC" w14:textId="77777777">
        <w:tc>
          <w:tcPr>
            <w:tcW w:w="4819" w:type="dxa"/>
            <w:tcBorders>
              <w:top w:val="single" w:sz="4" w:space="0" w:color="auto"/>
              <w:left w:val="single" w:sz="4" w:space="0" w:color="BBBBBB"/>
              <w:bottom w:val="single" w:sz="4" w:space="0" w:color="auto"/>
              <w:right w:val="single" w:sz="4" w:space="0" w:color="auto"/>
            </w:tcBorders>
            <w:tcMar>
              <w:top w:w="60" w:type="dxa"/>
              <w:left w:w="100" w:type="dxa"/>
              <w:bottom w:w="60" w:type="dxa"/>
              <w:right w:w="100" w:type="dxa"/>
            </w:tcMar>
            <w:hideMark/>
          </w:tcPr>
          <w:p w14:paraId="3294C2DF"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Intellectual Property</w:t>
            </w:r>
          </w:p>
        </w:tc>
        <w:tc>
          <w:tcPr>
            <w:tcW w:w="4819" w:type="dxa"/>
            <w:tcBorders>
              <w:top w:val="single" w:sz="4" w:space="0" w:color="auto"/>
              <w:left w:val="single" w:sz="4" w:space="0" w:color="auto"/>
              <w:bottom w:val="single" w:sz="4" w:space="0" w:color="auto"/>
              <w:right w:val="single" w:sz="4" w:space="0" w:color="BBBBBB"/>
            </w:tcBorders>
            <w:tcMar>
              <w:top w:w="60" w:type="dxa"/>
              <w:left w:w="100" w:type="dxa"/>
              <w:bottom w:w="60" w:type="dxa"/>
              <w:right w:w="100" w:type="dxa"/>
            </w:tcMar>
            <w:hideMark/>
          </w:tcPr>
          <w:p w14:paraId="1004B770"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Credentials / Secrets</w:t>
            </w:r>
          </w:p>
        </w:tc>
      </w:tr>
      <w:tr w:rsidR="00D37921" w:rsidRPr="00D37921" w14:paraId="450A8B38" w14:textId="77777777">
        <w:tc>
          <w:tcPr>
            <w:tcW w:w="4819" w:type="dxa"/>
            <w:tcBorders>
              <w:top w:val="single" w:sz="4" w:space="0" w:color="auto"/>
              <w:left w:val="single" w:sz="4" w:space="0" w:color="BBBBBB"/>
              <w:bottom w:val="single" w:sz="4" w:space="0" w:color="BBBBBB"/>
              <w:right w:val="single" w:sz="4" w:space="0" w:color="auto"/>
            </w:tcBorders>
            <w:tcMar>
              <w:top w:w="60" w:type="dxa"/>
              <w:left w:w="100" w:type="dxa"/>
              <w:bottom w:w="60" w:type="dxa"/>
              <w:right w:w="100" w:type="dxa"/>
            </w:tcMar>
            <w:hideMark/>
          </w:tcPr>
          <w:p w14:paraId="6BE064DC"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None / Unknown</w:t>
            </w:r>
          </w:p>
        </w:tc>
        <w:tc>
          <w:tcPr>
            <w:tcW w:w="4819" w:type="dxa"/>
            <w:tcBorders>
              <w:top w:val="single" w:sz="4" w:space="0" w:color="auto"/>
              <w:left w:val="single" w:sz="4" w:space="0" w:color="auto"/>
              <w:bottom w:val="single" w:sz="4" w:space="0" w:color="BBBBBB"/>
              <w:right w:val="single" w:sz="4" w:space="0" w:color="BBBBBB"/>
            </w:tcBorders>
            <w:tcMar>
              <w:top w:w="60" w:type="dxa"/>
              <w:left w:w="100" w:type="dxa"/>
              <w:bottom w:w="60" w:type="dxa"/>
              <w:right w:w="100" w:type="dxa"/>
            </w:tcMar>
          </w:tcPr>
          <w:p w14:paraId="1A8A41C9" w14:textId="77777777" w:rsidR="00D37921" w:rsidRPr="009F7821" w:rsidRDefault="00D37921" w:rsidP="00D37921">
            <w:pPr>
              <w:spacing w:after="200"/>
              <w:rPr>
                <w:rFonts w:ascii="Proximus Light" w:eastAsia="Proximus Light" w:hAnsi="Proximus Light" w:cs="Proximus Light"/>
                <w:sz w:val="18"/>
                <w:szCs w:val="20"/>
                <w:lang w:val="en-CH"/>
              </w:rPr>
            </w:pPr>
          </w:p>
        </w:tc>
      </w:tr>
    </w:tbl>
    <w:p w14:paraId="408BBCF5" w14:textId="77777777" w:rsidR="00D37921" w:rsidRPr="00D37921" w:rsidRDefault="00D37921" w:rsidP="00D37921">
      <w:pPr>
        <w:spacing w:after="200"/>
        <w:rPr>
          <w:rFonts w:ascii="Proximus Light" w:eastAsia="Proximus Light" w:hAnsi="Proximus Light" w:cs="Proximus Light"/>
          <w:lang w:val="en-CH"/>
        </w:rPr>
      </w:pPr>
    </w:p>
    <w:p w14:paraId="4BDCE622" w14:textId="77777777" w:rsidR="00D37921" w:rsidRPr="009F7821" w:rsidRDefault="00D37921" w:rsidP="00D37921">
      <w:pPr>
        <w:spacing w:after="200"/>
        <w:rPr>
          <w:rFonts w:ascii="Proximus Light" w:eastAsia="Proximus Light" w:hAnsi="Proximus Light" w:cs="Proximus Light"/>
          <w:b/>
          <w:bCs/>
          <w:sz w:val="18"/>
          <w:szCs w:val="20"/>
          <w:lang w:val="en-CH"/>
        </w:rPr>
      </w:pPr>
      <w:r w:rsidRPr="009F7821">
        <w:rPr>
          <w:rFonts w:ascii="Proximus Light" w:eastAsia="Proximus Light" w:hAnsi="Proximus Light" w:cs="Proximus Light"/>
          <w:b/>
          <w:bCs/>
          <w:sz w:val="18"/>
          <w:szCs w:val="20"/>
          <w:lang w:val="en-CH"/>
        </w:rPr>
        <w:t>Estimated No. of Affected Users / Records &amp; Business Impact</w:t>
      </w:r>
    </w:p>
    <w:p w14:paraId="6BF22B1C" w14:textId="77777777" w:rsidR="00D37921" w:rsidRPr="00D37921" w:rsidRDefault="00D37921" w:rsidP="00D37921">
      <w:pPr>
        <w:spacing w:after="200"/>
        <w:rPr>
          <w:rFonts w:ascii="Proximus Light" w:eastAsia="Proximus Light" w:hAnsi="Proximus Light" w:cs="Proximus Light"/>
          <w:lang w:val="en-CH"/>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1D05250A" w14:textId="77777777">
        <w:tc>
          <w:tcPr>
            <w:tcW w:w="481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4758C1A" w14:textId="77777777" w:rsidR="00D37921" w:rsidRPr="009F7821" w:rsidRDefault="00D37921" w:rsidP="009F7821">
            <w:pPr>
              <w:spacing w:after="200"/>
              <w:jc w:val="center"/>
              <w:rPr>
                <w:rFonts w:ascii="Proximus Light" w:eastAsia="Proximus Light" w:hAnsi="Proximus Light" w:cs="Proximus Light"/>
                <w:sz w:val="18"/>
                <w:szCs w:val="20"/>
                <w:lang w:val="en-CH"/>
              </w:rPr>
            </w:pPr>
            <w:r w:rsidRPr="009F7821">
              <w:rPr>
                <w:rFonts w:ascii="Proximus Light" w:eastAsia="Proximus Light" w:hAnsi="Proximus Light" w:cs="Proximus Light"/>
                <w:b/>
                <w:bCs/>
                <w:sz w:val="18"/>
                <w:szCs w:val="20"/>
                <w:lang w:val="en-CH"/>
              </w:rPr>
              <w:t>Estimated No. of Affected Users / Records</w:t>
            </w:r>
          </w:p>
        </w:tc>
        <w:tc>
          <w:tcPr>
            <w:tcW w:w="481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C8CB4E9" w14:textId="77777777" w:rsidR="00D37921" w:rsidRPr="009F7821" w:rsidRDefault="00D37921" w:rsidP="009F7821">
            <w:pPr>
              <w:spacing w:after="200"/>
              <w:jc w:val="center"/>
              <w:rPr>
                <w:rFonts w:ascii="Proximus Light" w:eastAsia="Proximus Light" w:hAnsi="Proximus Light" w:cs="Proximus Light"/>
                <w:sz w:val="18"/>
                <w:szCs w:val="20"/>
                <w:lang w:val="en-CH"/>
              </w:rPr>
            </w:pPr>
            <w:r w:rsidRPr="009F7821">
              <w:rPr>
                <w:rFonts w:ascii="Proximus Light" w:eastAsia="Proximus Light" w:hAnsi="Proximus Light" w:cs="Proximus Light"/>
                <w:b/>
                <w:bCs/>
                <w:sz w:val="18"/>
                <w:szCs w:val="20"/>
                <w:lang w:val="en-CH"/>
              </w:rPr>
              <w:t>Business Impact</w:t>
            </w:r>
          </w:p>
        </w:tc>
      </w:tr>
      <w:tr w:rsidR="00D37921" w:rsidRPr="00D37921" w14:paraId="05657CB3" w14:textId="77777777">
        <w:tc>
          <w:tcPr>
            <w:tcW w:w="4819"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696AB4AA" w14:textId="77777777" w:rsidR="00D37921" w:rsidRPr="009F7821" w:rsidRDefault="00D37921" w:rsidP="009F7821">
            <w:pPr>
              <w:spacing w:after="200"/>
              <w:jc w:val="center"/>
              <w:rPr>
                <w:rFonts w:ascii="Proximus Light" w:eastAsia="Proximus Light" w:hAnsi="Proximus Light" w:cs="Proximus Light"/>
                <w:sz w:val="18"/>
                <w:szCs w:val="20"/>
                <w:lang w:val="en-CH"/>
              </w:rPr>
            </w:pPr>
          </w:p>
        </w:tc>
        <w:tc>
          <w:tcPr>
            <w:tcW w:w="4819"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3DA1DB43" w14:textId="77777777" w:rsidR="00D37921" w:rsidRPr="009F7821" w:rsidRDefault="00D37921" w:rsidP="009F7821">
            <w:pPr>
              <w:spacing w:after="200"/>
              <w:jc w:val="center"/>
              <w:rPr>
                <w:rFonts w:ascii="Proximus Light" w:eastAsia="Proximus Light" w:hAnsi="Proximus Light" w:cs="Proximus Light"/>
                <w:sz w:val="18"/>
                <w:szCs w:val="20"/>
                <w:lang w:val="en-CH"/>
              </w:rPr>
            </w:pPr>
          </w:p>
        </w:tc>
      </w:tr>
    </w:tbl>
    <w:p w14:paraId="1D7843E6" w14:textId="77777777" w:rsidR="00D37921" w:rsidRDefault="00D37921" w:rsidP="00D37921">
      <w:pPr>
        <w:spacing w:after="200"/>
        <w:rPr>
          <w:rFonts w:ascii="Proximus Light" w:eastAsia="Proximus Light" w:hAnsi="Proximus Light" w:cs="Proximus Light"/>
          <w:b/>
          <w:bCs/>
          <w:lang w:val="en-CH"/>
        </w:rPr>
      </w:pPr>
    </w:p>
    <w:p w14:paraId="216D8CF6" w14:textId="446CD01A" w:rsidR="00D37921" w:rsidRPr="009F7821" w:rsidRDefault="00D37921" w:rsidP="00D37921">
      <w:pPr>
        <w:spacing w:after="200"/>
        <w:rPr>
          <w:rFonts w:ascii="Proximus Light" w:eastAsia="Proximus Light" w:hAnsi="Proximus Light" w:cs="Proximus Light"/>
          <w:sz w:val="18"/>
          <w:szCs w:val="20"/>
          <w:lang w:val="en-CH"/>
        </w:rPr>
      </w:pPr>
      <w:r w:rsidRPr="009F7821">
        <w:rPr>
          <w:rFonts w:ascii="Proximus Light" w:eastAsia="Proximus Light" w:hAnsi="Proximus Light" w:cs="Proximus Light"/>
          <w:b/>
          <w:bCs/>
          <w:sz w:val="18"/>
          <w:szCs w:val="20"/>
          <w:lang w:val="en-CH"/>
        </w:rPr>
        <w:t>Has the CNPD been notified?</w:t>
      </w:r>
    </w:p>
    <w:tbl>
      <w:tblPr>
        <w:tblW w:w="9638" w:type="dxa"/>
        <w:tblBorders>
          <w:top w:val="single" w:sz="4" w:space="0" w:color="BBBBBB"/>
          <w:left w:val="single" w:sz="4" w:space="0" w:color="BBBBBB"/>
          <w:bottom w:val="single" w:sz="4" w:space="0" w:color="BBBBBB"/>
          <w:right w:val="single" w:sz="4" w:space="0" w:color="BBBBB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7009B11D" w14:textId="77777777">
        <w:tc>
          <w:tcPr>
            <w:tcW w:w="4819" w:type="dxa"/>
            <w:tcBorders>
              <w:top w:val="single" w:sz="4" w:space="0" w:color="BBBBBB"/>
              <w:left w:val="single" w:sz="4" w:space="0" w:color="BBBBBB"/>
              <w:bottom w:val="single" w:sz="4" w:space="0" w:color="auto"/>
              <w:right w:val="single" w:sz="4" w:space="0" w:color="auto"/>
            </w:tcBorders>
            <w:tcMar>
              <w:top w:w="60" w:type="dxa"/>
              <w:left w:w="100" w:type="dxa"/>
              <w:bottom w:w="60" w:type="dxa"/>
              <w:right w:w="100" w:type="dxa"/>
            </w:tcMar>
            <w:hideMark/>
          </w:tcPr>
          <w:p w14:paraId="02C57A1C"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Yes</w:t>
            </w:r>
          </w:p>
        </w:tc>
        <w:tc>
          <w:tcPr>
            <w:tcW w:w="4819" w:type="dxa"/>
            <w:tcBorders>
              <w:top w:val="single" w:sz="4" w:space="0" w:color="BBBBBB"/>
              <w:left w:val="single" w:sz="4" w:space="0" w:color="auto"/>
              <w:bottom w:val="single" w:sz="4" w:space="0" w:color="auto"/>
              <w:right w:val="single" w:sz="4" w:space="0" w:color="BBBBBB"/>
            </w:tcBorders>
            <w:tcMar>
              <w:top w:w="60" w:type="dxa"/>
              <w:left w:w="100" w:type="dxa"/>
              <w:bottom w:w="60" w:type="dxa"/>
              <w:right w:w="100" w:type="dxa"/>
            </w:tcMar>
            <w:hideMark/>
          </w:tcPr>
          <w:p w14:paraId="6CEA353F"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No</w:t>
            </w:r>
          </w:p>
        </w:tc>
      </w:tr>
      <w:tr w:rsidR="00D37921" w:rsidRPr="00D37921" w14:paraId="784EE19B" w14:textId="77777777">
        <w:tc>
          <w:tcPr>
            <w:tcW w:w="4819" w:type="dxa"/>
            <w:tcBorders>
              <w:top w:val="single" w:sz="4" w:space="0" w:color="auto"/>
              <w:left w:val="single" w:sz="4" w:space="0" w:color="BBBBBB"/>
              <w:bottom w:val="single" w:sz="4" w:space="0" w:color="BBBBBB"/>
              <w:right w:val="single" w:sz="4" w:space="0" w:color="auto"/>
            </w:tcBorders>
            <w:tcMar>
              <w:top w:w="60" w:type="dxa"/>
              <w:left w:w="100" w:type="dxa"/>
              <w:bottom w:w="60" w:type="dxa"/>
              <w:right w:w="100" w:type="dxa"/>
            </w:tcMar>
            <w:hideMark/>
          </w:tcPr>
          <w:p w14:paraId="3EDCA6C9"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Not applicable</w:t>
            </w:r>
          </w:p>
        </w:tc>
        <w:tc>
          <w:tcPr>
            <w:tcW w:w="4819" w:type="dxa"/>
            <w:tcBorders>
              <w:top w:val="single" w:sz="4" w:space="0" w:color="auto"/>
              <w:left w:val="single" w:sz="4" w:space="0" w:color="auto"/>
              <w:bottom w:val="single" w:sz="4" w:space="0" w:color="BBBBBB"/>
              <w:right w:val="single" w:sz="4" w:space="0" w:color="BBBBBB"/>
            </w:tcBorders>
            <w:tcMar>
              <w:top w:w="60" w:type="dxa"/>
              <w:left w:w="100" w:type="dxa"/>
              <w:bottom w:w="60" w:type="dxa"/>
              <w:right w:w="100" w:type="dxa"/>
            </w:tcMar>
          </w:tcPr>
          <w:p w14:paraId="31F75399" w14:textId="77777777" w:rsidR="00D37921" w:rsidRPr="009F7821" w:rsidRDefault="00D37921" w:rsidP="00D37921">
            <w:pPr>
              <w:spacing w:after="200"/>
              <w:rPr>
                <w:rFonts w:ascii="Proximus Light" w:eastAsia="Proximus Light" w:hAnsi="Proximus Light" w:cs="Proximus Light"/>
                <w:sz w:val="18"/>
                <w:szCs w:val="20"/>
                <w:lang w:val="en-CH"/>
              </w:rPr>
            </w:pPr>
          </w:p>
        </w:tc>
      </w:tr>
    </w:tbl>
    <w:p w14:paraId="667BD2CF" w14:textId="77777777" w:rsidR="00D37921" w:rsidRDefault="00D37921" w:rsidP="00D37921">
      <w:pPr>
        <w:spacing w:after="200"/>
        <w:rPr>
          <w:rFonts w:ascii="Proximus Light" w:eastAsia="Proximus Light" w:hAnsi="Proximus Light" w:cs="Proximus Light"/>
          <w:b/>
          <w:bCs/>
          <w:lang w:val="en-CH"/>
        </w:rPr>
      </w:pPr>
    </w:p>
    <w:p w14:paraId="0531ED06" w14:textId="29D188DA" w:rsidR="00D37921" w:rsidRPr="009F7821" w:rsidRDefault="00D37921" w:rsidP="00D37921">
      <w:pPr>
        <w:spacing w:after="200"/>
        <w:rPr>
          <w:rFonts w:ascii="Proximus Light" w:eastAsia="Proximus Light" w:hAnsi="Proximus Light" w:cs="Proximus Light"/>
          <w:sz w:val="18"/>
          <w:szCs w:val="20"/>
          <w:lang w:val="en-CH"/>
        </w:rPr>
      </w:pPr>
      <w:r w:rsidRPr="009F7821">
        <w:rPr>
          <w:rFonts w:ascii="Proximus Light" w:eastAsia="Proximus Light" w:hAnsi="Proximus Light" w:cs="Proximus Light"/>
          <w:b/>
          <w:bCs/>
          <w:sz w:val="18"/>
          <w:szCs w:val="20"/>
          <w:lang w:val="en-CH"/>
        </w:rPr>
        <w:t>Does this incident require DORA major-incident notification?</w:t>
      </w:r>
    </w:p>
    <w:p w14:paraId="675EC071"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Proximus Light" w:eastAsia="Proximus Light" w:hAnsi="Proximus Light" w:cs="Proximus Light"/>
          <w:i/>
          <w:iCs/>
          <w:sz w:val="18"/>
          <w:szCs w:val="20"/>
          <w:lang w:val="en-CH"/>
        </w:rPr>
        <w:t>Applicable if the affected entity or service is in scope of Regulation (EU) 2022/2554.</w:t>
      </w:r>
    </w:p>
    <w:tbl>
      <w:tblPr>
        <w:tblW w:w="9638" w:type="dxa"/>
        <w:tblBorders>
          <w:top w:val="single" w:sz="4" w:space="0" w:color="BBBBBB"/>
          <w:left w:val="single" w:sz="4" w:space="0" w:color="BBBBBB"/>
          <w:bottom w:val="single" w:sz="4" w:space="0" w:color="BBBBBB"/>
          <w:right w:val="single" w:sz="4" w:space="0" w:color="BBBBB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9F7821" w14:paraId="55EB9E30" w14:textId="77777777">
        <w:tc>
          <w:tcPr>
            <w:tcW w:w="4819" w:type="dxa"/>
            <w:tcBorders>
              <w:top w:val="single" w:sz="4" w:space="0" w:color="BBBBBB"/>
              <w:left w:val="single" w:sz="4" w:space="0" w:color="BBBBBB"/>
              <w:bottom w:val="single" w:sz="4" w:space="0" w:color="auto"/>
              <w:right w:val="single" w:sz="4" w:space="0" w:color="auto"/>
            </w:tcBorders>
            <w:tcMar>
              <w:top w:w="60" w:type="dxa"/>
              <w:left w:w="100" w:type="dxa"/>
              <w:bottom w:w="60" w:type="dxa"/>
              <w:right w:w="100" w:type="dxa"/>
            </w:tcMar>
            <w:hideMark/>
          </w:tcPr>
          <w:p w14:paraId="390990E8"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Yes</w:t>
            </w:r>
          </w:p>
        </w:tc>
        <w:tc>
          <w:tcPr>
            <w:tcW w:w="4819" w:type="dxa"/>
            <w:tcBorders>
              <w:top w:val="single" w:sz="4" w:space="0" w:color="BBBBBB"/>
              <w:left w:val="single" w:sz="4" w:space="0" w:color="auto"/>
              <w:bottom w:val="single" w:sz="4" w:space="0" w:color="auto"/>
              <w:right w:val="single" w:sz="4" w:space="0" w:color="BBBBBB"/>
            </w:tcBorders>
            <w:tcMar>
              <w:top w:w="60" w:type="dxa"/>
              <w:left w:w="100" w:type="dxa"/>
              <w:bottom w:w="60" w:type="dxa"/>
              <w:right w:w="100" w:type="dxa"/>
            </w:tcMar>
            <w:hideMark/>
          </w:tcPr>
          <w:p w14:paraId="3F08F6AA"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No</w:t>
            </w:r>
          </w:p>
        </w:tc>
      </w:tr>
      <w:tr w:rsidR="00D37921" w:rsidRPr="009F7821" w14:paraId="5D6D1712" w14:textId="77777777">
        <w:tc>
          <w:tcPr>
            <w:tcW w:w="4819" w:type="dxa"/>
            <w:tcBorders>
              <w:top w:val="single" w:sz="4" w:space="0" w:color="auto"/>
              <w:left w:val="single" w:sz="4" w:space="0" w:color="BBBBBB"/>
              <w:bottom w:val="single" w:sz="4" w:space="0" w:color="BBBBBB"/>
              <w:right w:val="single" w:sz="4" w:space="0" w:color="auto"/>
            </w:tcBorders>
            <w:tcMar>
              <w:top w:w="60" w:type="dxa"/>
              <w:left w:w="100" w:type="dxa"/>
              <w:bottom w:w="60" w:type="dxa"/>
              <w:right w:w="100" w:type="dxa"/>
            </w:tcMar>
            <w:hideMark/>
          </w:tcPr>
          <w:p w14:paraId="4B208DC0" w14:textId="77777777" w:rsidR="00D37921" w:rsidRPr="009F7821" w:rsidRDefault="00D37921" w:rsidP="00D37921">
            <w:pPr>
              <w:spacing w:after="200"/>
              <w:rPr>
                <w:rFonts w:ascii="Proximus Light" w:eastAsia="Proximus Light" w:hAnsi="Proximus Light" w:cs="Proximus Light"/>
                <w:sz w:val="18"/>
                <w:szCs w:val="20"/>
                <w:lang w:val="en-CH"/>
              </w:rPr>
            </w:pPr>
            <w:r w:rsidRPr="009F7821">
              <w:rPr>
                <w:rFonts w:ascii="Segoe UI Symbol" w:eastAsia="Proximus Light" w:hAnsi="Segoe UI Symbol" w:cs="Segoe UI Symbol"/>
                <w:sz w:val="18"/>
                <w:szCs w:val="20"/>
                <w:lang w:val="en-CH"/>
              </w:rPr>
              <w:t>☐</w:t>
            </w:r>
            <w:r w:rsidRPr="009F7821">
              <w:rPr>
                <w:rFonts w:ascii="Proximus Light" w:eastAsia="Proximus Light" w:hAnsi="Proximus Light" w:cs="Proximus Light"/>
                <w:sz w:val="18"/>
                <w:szCs w:val="20"/>
                <w:lang w:val="en-CH"/>
              </w:rPr>
              <w:t xml:space="preserve"> Not applicable / Unknown</w:t>
            </w:r>
          </w:p>
        </w:tc>
        <w:tc>
          <w:tcPr>
            <w:tcW w:w="4819" w:type="dxa"/>
            <w:tcBorders>
              <w:top w:val="single" w:sz="4" w:space="0" w:color="auto"/>
              <w:left w:val="single" w:sz="4" w:space="0" w:color="auto"/>
              <w:bottom w:val="single" w:sz="4" w:space="0" w:color="BBBBBB"/>
              <w:right w:val="single" w:sz="4" w:space="0" w:color="BBBBBB"/>
            </w:tcBorders>
            <w:tcMar>
              <w:top w:w="60" w:type="dxa"/>
              <w:left w:w="100" w:type="dxa"/>
              <w:bottom w:w="60" w:type="dxa"/>
              <w:right w:w="100" w:type="dxa"/>
            </w:tcMar>
          </w:tcPr>
          <w:p w14:paraId="3AEAD152" w14:textId="77777777" w:rsidR="00D37921" w:rsidRPr="009F7821" w:rsidRDefault="00D37921" w:rsidP="00D37921">
            <w:pPr>
              <w:spacing w:after="200"/>
              <w:rPr>
                <w:rFonts w:ascii="Proximus Light" w:eastAsia="Proximus Light" w:hAnsi="Proximus Light" w:cs="Proximus Light"/>
                <w:sz w:val="18"/>
                <w:szCs w:val="20"/>
                <w:lang w:val="en-CH"/>
              </w:rPr>
            </w:pPr>
          </w:p>
        </w:tc>
      </w:tr>
    </w:tbl>
    <w:p w14:paraId="3D1AF70A" w14:textId="77777777" w:rsidR="00D37921" w:rsidRPr="00D37921" w:rsidRDefault="00D37921" w:rsidP="00D37921">
      <w:pPr>
        <w:spacing w:after="200"/>
        <w:rPr>
          <w:rFonts w:ascii="Proximus Light" w:eastAsia="Proximus Light" w:hAnsi="Proximus Light" w:cs="Proximus Light"/>
          <w:lang w:val="en-CH"/>
        </w:rPr>
      </w:pPr>
    </w:p>
    <w:p w14:paraId="4F2A481F" w14:textId="77777777" w:rsidR="00CF416B" w:rsidRDefault="00CF416B">
      <w:pPr>
        <w:spacing w:after="200"/>
        <w:rPr>
          <w:rFonts w:ascii="Proximus Light" w:eastAsia="Proximus Light" w:hAnsi="Proximus Light" w:cs="Proximus Light"/>
        </w:rPr>
      </w:pPr>
      <w:r>
        <w:rPr>
          <w:rFonts w:ascii="Proximus Light" w:eastAsia="Proximus Light" w:hAnsi="Proximus Light" w:cs="Proximus Light"/>
        </w:rPr>
        <w:br w:type="page"/>
      </w:r>
    </w:p>
    <w:tbl>
      <w:tblPr>
        <w:tblW w:w="0" w:type="auto"/>
        <w:tblLook w:val="04A0" w:firstRow="1" w:lastRow="0" w:firstColumn="1" w:lastColumn="0" w:noHBand="0" w:noVBand="1"/>
      </w:tblPr>
      <w:tblGrid>
        <w:gridCol w:w="9638"/>
      </w:tblGrid>
      <w:tr w:rsidR="00CF416B" w14:paraId="61497F48" w14:textId="77777777" w:rsidTr="00D85E02">
        <w:tc>
          <w:tcPr>
            <w:tcW w:w="9638" w:type="dxa"/>
            <w:shd w:val="clear" w:color="auto" w:fill="5B2D8E"/>
          </w:tcPr>
          <w:p w14:paraId="15686724" w14:textId="032A85AE" w:rsidR="00CF416B" w:rsidRDefault="00CF416B" w:rsidP="00D85E02">
            <w:r>
              <w:lastRenderedPageBreak/>
              <w:br w:type="page"/>
            </w:r>
            <w:r w:rsidRPr="00094245">
              <w:rPr>
                <w:rFonts w:ascii="Proximus Light" w:hAnsi="Proximus Light"/>
                <w:b/>
                <w:color w:val="FFFFFF"/>
                <w:sz w:val="24"/>
              </w:rPr>
              <w:t xml:space="preserve">SECTION </w:t>
            </w:r>
            <w:r w:rsidR="00D37921">
              <w:rPr>
                <w:rFonts w:ascii="Proximus Light" w:hAnsi="Proximus Light"/>
                <w:b/>
                <w:color w:val="FFFFFF"/>
                <w:sz w:val="24"/>
              </w:rPr>
              <w:t>6</w:t>
            </w:r>
            <w:r w:rsidRPr="00094245">
              <w:rPr>
                <w:rFonts w:ascii="Proximus Light" w:hAnsi="Proximus Light"/>
                <w:b/>
                <w:color w:val="FFFFFF"/>
                <w:sz w:val="24"/>
              </w:rPr>
              <w:t xml:space="preserve"> - </w:t>
            </w:r>
            <w:r w:rsidR="00D37921" w:rsidRPr="00D37921">
              <w:rPr>
                <w:rFonts w:ascii="Proximus Light" w:hAnsi="Proximus Light"/>
                <w:b/>
                <w:bCs/>
                <w:color w:val="FFFFFF"/>
                <w:sz w:val="24"/>
              </w:rPr>
              <w:t>Incident Description</w:t>
            </w:r>
          </w:p>
        </w:tc>
      </w:tr>
    </w:tbl>
    <w:p w14:paraId="5DF11999" w14:textId="77777777" w:rsidR="00CF416B" w:rsidRDefault="00CF416B" w:rsidP="00520A12">
      <w:pPr>
        <w:jc w:val="both"/>
        <w:rPr>
          <w:rFonts w:ascii="Proximus Light" w:eastAsia="Proximus Light" w:hAnsi="Proximus Light" w:cs="Proximus Light"/>
        </w:rPr>
      </w:pPr>
    </w:p>
    <w:p w14:paraId="65FC0E04" w14:textId="77777777" w:rsidR="00D37921" w:rsidRPr="009F7821" w:rsidRDefault="00D37921" w:rsidP="00D37921">
      <w:pPr>
        <w:spacing w:before="160" w:after="20" w:line="240" w:lineRule="auto"/>
        <w:rPr>
          <w:rFonts w:ascii="Times New Roman" w:eastAsia="Times New Roman" w:hAnsi="Times New Roman" w:cs="Times New Roman"/>
          <w:color w:val="auto"/>
          <w:sz w:val="18"/>
          <w:szCs w:val="18"/>
          <w:lang w:val="en-CH" w:eastAsia="en-CH"/>
        </w:rPr>
      </w:pPr>
      <w:r w:rsidRPr="009F7821">
        <w:rPr>
          <w:rFonts w:ascii="Proximus Light" w:eastAsia="Proximus Light" w:hAnsi="Proximus Light" w:cs="Proximus Light"/>
          <w:b/>
          <w:bCs/>
          <w:color w:val="auto"/>
          <w:sz w:val="18"/>
          <w:szCs w:val="18"/>
          <w:lang w:val="en-CH" w:eastAsia="en-CH"/>
        </w:rPr>
        <w:t>Detailed Chronological Account</w:t>
      </w:r>
    </w:p>
    <w:p w14:paraId="11B29FA0" w14:textId="77777777" w:rsidR="00D37921" w:rsidRPr="009F7821" w:rsidRDefault="00D37921" w:rsidP="00D37921">
      <w:pPr>
        <w:spacing w:after="40" w:line="240" w:lineRule="auto"/>
        <w:rPr>
          <w:rFonts w:ascii="Proximus Light" w:eastAsia="Proximus Light" w:hAnsi="Proximus Light" w:cs="Proximus Light"/>
          <w:i/>
          <w:iCs/>
          <w:color w:val="555555"/>
          <w:sz w:val="16"/>
          <w:szCs w:val="16"/>
          <w:lang w:val="en-CH" w:eastAsia="en-CH"/>
        </w:rPr>
      </w:pPr>
      <w:r w:rsidRPr="009F7821">
        <w:rPr>
          <w:rFonts w:ascii="Proximus Light" w:eastAsia="Proximus Light" w:hAnsi="Proximus Light" w:cs="Proximus Light"/>
          <w:i/>
          <w:iCs/>
          <w:color w:val="555555"/>
          <w:sz w:val="16"/>
          <w:szCs w:val="16"/>
          <w:lang w:val="en-CH" w:eastAsia="en-CH"/>
        </w:rPr>
        <w:t>Describe what happened, when, how it was detected, and what is currently known.</w:t>
      </w:r>
    </w:p>
    <w:p w14:paraId="036E363B" w14:textId="77777777" w:rsidR="00D37921" w:rsidRPr="00D37921" w:rsidRDefault="00D37921" w:rsidP="00D37921">
      <w:pPr>
        <w:spacing w:after="40" w:line="240" w:lineRule="auto"/>
        <w:rPr>
          <w:rFonts w:ascii="Times New Roman" w:eastAsia="Times New Roman" w:hAnsi="Times New Roman" w:cs="Times New Roman"/>
          <w:color w:val="auto"/>
          <w:szCs w:val="20"/>
          <w:lang w:val="en-CH" w:eastAsia="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4E4AFB2D"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0CA26D62"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r>
      <w:tr w:rsidR="00D37921" w:rsidRPr="00D37921" w14:paraId="766E45E3"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2D92DE7E"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r>
      <w:tr w:rsidR="00D37921" w:rsidRPr="00D37921" w14:paraId="53EE0E99"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7F7C058E"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r>
      <w:tr w:rsidR="00D37921" w:rsidRPr="00D37921" w14:paraId="5F63C437"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6EB2E0B7"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r>
      <w:tr w:rsidR="00D37921" w:rsidRPr="00D37921" w14:paraId="5DCF775F"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116B5603"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r>
      <w:tr w:rsidR="00D37921" w:rsidRPr="00D37921" w14:paraId="17226248"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7B235FE2"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c>
      </w:tr>
    </w:tbl>
    <w:p w14:paraId="1D211D54" w14:textId="3E1396C1" w:rsidR="00D37921" w:rsidRDefault="00D37921" w:rsidP="00D37921">
      <w:pPr>
        <w:spacing w:after="0" w:line="240" w:lineRule="auto"/>
        <w:rPr>
          <w:rFonts w:ascii="Times New Roman" w:eastAsia="Times New Roman" w:hAnsi="Times New Roman" w:cs="Times New Roman"/>
          <w:color w:val="auto"/>
          <w:szCs w:val="20"/>
          <w:lang w:val="en-CH" w:eastAsia="en-CH"/>
        </w:rPr>
      </w:pPr>
    </w:p>
    <w:p w14:paraId="7594ED13" w14:textId="06AF9129" w:rsidR="00520A12" w:rsidRPr="00D37921" w:rsidRDefault="00D37921" w:rsidP="00D37921">
      <w:pPr>
        <w:spacing w:after="200"/>
        <w:rPr>
          <w:rFonts w:ascii="Times New Roman" w:eastAsia="Times New Roman" w:hAnsi="Times New Roman" w:cs="Times New Roman"/>
          <w:color w:val="auto"/>
          <w:szCs w:val="20"/>
          <w:lang w:val="en-CH" w:eastAsia="en-CH"/>
        </w:rPr>
      </w:pPr>
      <w:r>
        <w:rPr>
          <w:rFonts w:ascii="Times New Roman" w:eastAsia="Times New Roman" w:hAnsi="Times New Roman" w:cs="Times New Roman"/>
          <w:color w:val="auto"/>
          <w:szCs w:val="20"/>
          <w:lang w:val="en-CH" w:eastAsia="en-CH"/>
        </w:rPr>
        <w:br w:type="page"/>
      </w:r>
    </w:p>
    <w:tbl>
      <w:tblPr>
        <w:tblW w:w="0" w:type="auto"/>
        <w:tblLook w:val="04A0" w:firstRow="1" w:lastRow="0" w:firstColumn="1" w:lastColumn="0" w:noHBand="0" w:noVBand="1"/>
      </w:tblPr>
      <w:tblGrid>
        <w:gridCol w:w="9638"/>
      </w:tblGrid>
      <w:tr w:rsidR="00D37921" w14:paraId="5565DECC" w14:textId="77777777" w:rsidTr="00D85E02">
        <w:tc>
          <w:tcPr>
            <w:tcW w:w="9638" w:type="dxa"/>
            <w:shd w:val="clear" w:color="auto" w:fill="5B2D8E"/>
          </w:tcPr>
          <w:p w14:paraId="7C293F14" w14:textId="707D7598" w:rsidR="00D37921" w:rsidRDefault="00D37921" w:rsidP="00D85E02">
            <w:r>
              <w:lastRenderedPageBreak/>
              <w:br w:type="page"/>
            </w:r>
            <w:r w:rsidRPr="00094245">
              <w:rPr>
                <w:rFonts w:ascii="Proximus Light" w:hAnsi="Proximus Light"/>
                <w:b/>
                <w:color w:val="FFFFFF"/>
                <w:sz w:val="24"/>
              </w:rPr>
              <w:t xml:space="preserve">SECTION </w:t>
            </w:r>
            <w:r>
              <w:rPr>
                <w:rFonts w:ascii="Proximus Light" w:hAnsi="Proximus Light"/>
                <w:b/>
                <w:color w:val="FFFFFF"/>
                <w:sz w:val="24"/>
              </w:rPr>
              <w:t>7</w:t>
            </w:r>
            <w:r w:rsidRPr="00094245">
              <w:rPr>
                <w:rFonts w:ascii="Proximus Light" w:hAnsi="Proximus Light"/>
                <w:b/>
                <w:color w:val="FFFFFF"/>
                <w:sz w:val="24"/>
              </w:rPr>
              <w:t xml:space="preserve"> -</w:t>
            </w:r>
            <w:r>
              <w:rPr>
                <w:rFonts w:ascii="Proximus Light" w:hAnsi="Proximus Light"/>
                <w:b/>
                <w:color w:val="FFFFFF"/>
                <w:sz w:val="24"/>
              </w:rPr>
              <w:t xml:space="preserve"> </w:t>
            </w:r>
            <w:r w:rsidRPr="00D37921">
              <w:rPr>
                <w:rFonts w:ascii="Proximus Light" w:hAnsi="Proximus Light"/>
                <w:b/>
                <w:bCs/>
                <w:color w:val="FFFFFF"/>
                <w:sz w:val="24"/>
              </w:rPr>
              <w:t>Actions Already Taken</w:t>
            </w:r>
          </w:p>
        </w:tc>
      </w:tr>
    </w:tbl>
    <w:p w14:paraId="6A6816B6" w14:textId="77777777" w:rsidR="00D37921" w:rsidRDefault="00D37921" w:rsidP="00D37921">
      <w:pPr>
        <w:rPr>
          <w:lang w:val="en-CH"/>
        </w:rPr>
      </w:pPr>
    </w:p>
    <w:p w14:paraId="40E63BDC" w14:textId="77777777" w:rsidR="00D37921" w:rsidRPr="009F7821" w:rsidRDefault="00D37921" w:rsidP="009F7821">
      <w:pPr>
        <w:spacing w:before="160" w:after="20" w:line="240" w:lineRule="auto"/>
        <w:rPr>
          <w:rFonts w:ascii="Proximus Light" w:eastAsia="Proximus Light" w:hAnsi="Proximus Light" w:cs="Proximus Light"/>
          <w:b/>
          <w:bCs/>
          <w:color w:val="auto"/>
          <w:sz w:val="18"/>
          <w:szCs w:val="18"/>
          <w:lang w:val="en-CH" w:eastAsia="en-CH"/>
        </w:rPr>
      </w:pPr>
      <w:r w:rsidRPr="009F7821">
        <w:rPr>
          <w:rFonts w:ascii="Proximus Light" w:eastAsia="Proximus Light" w:hAnsi="Proximus Light" w:cs="Proximus Light"/>
          <w:b/>
          <w:bCs/>
          <w:color w:val="auto"/>
          <w:sz w:val="18"/>
          <w:szCs w:val="18"/>
          <w:lang w:val="en-CH" w:eastAsia="en-CH"/>
        </w:rPr>
        <w:t>Containment, Eradication &amp; Mitigation Steps</w:t>
      </w:r>
    </w:p>
    <w:p w14:paraId="5B933E70" w14:textId="77777777" w:rsidR="00D37921" w:rsidRPr="009F7821" w:rsidRDefault="00D37921" w:rsidP="009F7821">
      <w:pPr>
        <w:spacing w:before="160" w:after="20" w:line="240" w:lineRule="auto"/>
        <w:rPr>
          <w:rFonts w:ascii="Proximus Light" w:eastAsia="Proximus Light" w:hAnsi="Proximus Light" w:cs="Proximus Light"/>
          <w:color w:val="auto"/>
          <w:sz w:val="18"/>
          <w:szCs w:val="18"/>
          <w:lang w:val="en-CH" w:eastAsia="en-CH"/>
        </w:rPr>
      </w:pPr>
      <w:r w:rsidRPr="009F7821">
        <w:rPr>
          <w:rFonts w:ascii="Proximus Light" w:eastAsia="Proximus Light" w:hAnsi="Proximus Light" w:cs="Proximus Light"/>
          <w:color w:val="auto"/>
          <w:sz w:val="18"/>
          <w:szCs w:val="18"/>
          <w:lang w:val="en-CH" w:eastAsia="en-CH"/>
        </w:rPr>
        <w:t>Describe containment, eradication, or mitigation steps already performed.</w:t>
      </w:r>
    </w:p>
    <w:p w14:paraId="328914E2" w14:textId="77777777" w:rsidR="009F7821" w:rsidRPr="009F7821" w:rsidRDefault="009F7821" w:rsidP="009F7821">
      <w:pPr>
        <w:spacing w:before="160" w:after="20" w:line="240" w:lineRule="auto"/>
        <w:rPr>
          <w:rFonts w:ascii="Proximus Light" w:eastAsia="Proximus Light" w:hAnsi="Proximus Light" w:cs="Proximus Light"/>
          <w:b/>
          <w:bCs/>
          <w:color w:val="auto"/>
          <w:sz w:val="18"/>
          <w:szCs w:val="18"/>
          <w:lang w:val="en-CH" w:eastAsia="en-CH"/>
        </w:rPr>
      </w:pPr>
    </w:p>
    <w:tbl>
      <w:tblPr>
        <w:tblW w:w="963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left w:w="10" w:type="dxa"/>
          <w:right w:w="10" w:type="dxa"/>
        </w:tblCellMar>
        <w:tblLook w:val="04A0" w:firstRow="1" w:lastRow="0" w:firstColumn="1" w:lastColumn="0" w:noHBand="0" w:noVBand="1"/>
      </w:tblPr>
      <w:tblGrid>
        <w:gridCol w:w="9638"/>
      </w:tblGrid>
      <w:tr w:rsidR="00D37921" w:rsidRPr="00D37921" w14:paraId="39388A5F"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3ACF2E85" w14:textId="77777777" w:rsidR="00D37921" w:rsidRPr="00D37921" w:rsidRDefault="00D37921" w:rsidP="00D37921">
            <w:pPr>
              <w:rPr>
                <w:lang w:val="en-CH"/>
              </w:rPr>
            </w:pPr>
          </w:p>
        </w:tc>
      </w:tr>
      <w:tr w:rsidR="00D37921" w:rsidRPr="00D37921" w14:paraId="17008E76"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4921211F" w14:textId="77777777" w:rsidR="00D37921" w:rsidRPr="00D37921" w:rsidRDefault="00D37921" w:rsidP="00D37921">
            <w:pPr>
              <w:rPr>
                <w:lang w:val="en-CH"/>
              </w:rPr>
            </w:pPr>
          </w:p>
        </w:tc>
      </w:tr>
      <w:tr w:rsidR="00D37921" w:rsidRPr="00D37921" w14:paraId="639E8680"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0B660370" w14:textId="77777777" w:rsidR="00D37921" w:rsidRPr="00D37921" w:rsidRDefault="00D37921" w:rsidP="00D37921">
            <w:pPr>
              <w:rPr>
                <w:lang w:val="en-CH"/>
              </w:rPr>
            </w:pPr>
          </w:p>
        </w:tc>
      </w:tr>
      <w:tr w:rsidR="00D37921" w:rsidRPr="00D37921" w14:paraId="71D63353"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539AB9C9" w14:textId="77777777" w:rsidR="00D37921" w:rsidRPr="00D37921" w:rsidRDefault="00D37921" w:rsidP="00D37921">
            <w:pPr>
              <w:rPr>
                <w:lang w:val="en-CH"/>
              </w:rPr>
            </w:pPr>
          </w:p>
        </w:tc>
      </w:tr>
      <w:tr w:rsidR="00D37921" w:rsidRPr="00D37921" w14:paraId="4C122CB3" w14:textId="77777777">
        <w:tc>
          <w:tcPr>
            <w:tcW w:w="9638" w:type="dxa"/>
            <w:tcBorders>
              <w:top w:val="single" w:sz="4" w:space="0" w:color="BBBBBB"/>
              <w:left w:val="single" w:sz="4" w:space="0" w:color="BBBBBB"/>
              <w:bottom w:val="single" w:sz="4" w:space="0" w:color="BBBBBB"/>
              <w:right w:val="single" w:sz="4" w:space="0" w:color="BBBBBB"/>
            </w:tcBorders>
            <w:tcMar>
              <w:top w:w="100" w:type="dxa"/>
              <w:left w:w="100" w:type="dxa"/>
              <w:bottom w:w="100" w:type="dxa"/>
              <w:right w:w="100" w:type="dxa"/>
            </w:tcMar>
          </w:tcPr>
          <w:p w14:paraId="417BF927" w14:textId="77777777" w:rsidR="00D37921" w:rsidRPr="00D37921" w:rsidRDefault="00D37921" w:rsidP="00D37921">
            <w:pPr>
              <w:rPr>
                <w:lang w:val="en-CH"/>
              </w:rPr>
            </w:pPr>
          </w:p>
        </w:tc>
      </w:tr>
    </w:tbl>
    <w:p w14:paraId="7049BF91" w14:textId="77777777" w:rsidR="00D37921" w:rsidRPr="00D37921" w:rsidRDefault="00D37921" w:rsidP="00D37921">
      <w:pPr>
        <w:rPr>
          <w:lang w:val="en-CH"/>
        </w:rPr>
      </w:pPr>
    </w:p>
    <w:p w14:paraId="5FEC16E2" w14:textId="77777777" w:rsidR="00D37921" w:rsidRDefault="00D37921" w:rsidP="00D37921">
      <w:pPr>
        <w:rPr>
          <w:lang w:val="en-CH"/>
        </w:rPr>
      </w:pPr>
    </w:p>
    <w:p w14:paraId="6C4D8CF6" w14:textId="1DBE4682" w:rsidR="00D37921" w:rsidRDefault="00D37921">
      <w:pPr>
        <w:spacing w:after="200"/>
        <w:rPr>
          <w:lang w:val="en-CH"/>
        </w:rPr>
      </w:pPr>
      <w:r>
        <w:rPr>
          <w:lang w:val="en-CH"/>
        </w:rPr>
        <w:br w:type="page"/>
      </w:r>
    </w:p>
    <w:tbl>
      <w:tblPr>
        <w:tblW w:w="0" w:type="auto"/>
        <w:tblLook w:val="04A0" w:firstRow="1" w:lastRow="0" w:firstColumn="1" w:lastColumn="0" w:noHBand="0" w:noVBand="1"/>
      </w:tblPr>
      <w:tblGrid>
        <w:gridCol w:w="9638"/>
      </w:tblGrid>
      <w:tr w:rsidR="00D37921" w14:paraId="7A46ED4B" w14:textId="77777777" w:rsidTr="00D85E02">
        <w:tc>
          <w:tcPr>
            <w:tcW w:w="9638" w:type="dxa"/>
            <w:shd w:val="clear" w:color="auto" w:fill="5B2D8E"/>
          </w:tcPr>
          <w:p w14:paraId="4F909F95" w14:textId="571905A0" w:rsidR="00D37921" w:rsidRDefault="00D37921" w:rsidP="00D85E02">
            <w:r>
              <w:lastRenderedPageBreak/>
              <w:br w:type="page"/>
            </w:r>
            <w:r w:rsidRPr="00094245">
              <w:rPr>
                <w:rFonts w:ascii="Proximus Light" w:hAnsi="Proximus Light"/>
                <w:b/>
                <w:color w:val="FFFFFF"/>
                <w:sz w:val="24"/>
              </w:rPr>
              <w:t xml:space="preserve">SECTION </w:t>
            </w:r>
            <w:r>
              <w:rPr>
                <w:rFonts w:ascii="Proximus Light" w:hAnsi="Proximus Light"/>
                <w:b/>
                <w:color w:val="FFFFFF"/>
                <w:sz w:val="24"/>
              </w:rPr>
              <w:t>8</w:t>
            </w:r>
            <w:r w:rsidRPr="00094245">
              <w:rPr>
                <w:rFonts w:ascii="Proximus Light" w:hAnsi="Proximus Light"/>
                <w:b/>
                <w:color w:val="FFFFFF"/>
                <w:sz w:val="24"/>
              </w:rPr>
              <w:t xml:space="preserve"> -</w:t>
            </w:r>
            <w:r>
              <w:rPr>
                <w:rFonts w:ascii="Proximus Light" w:hAnsi="Proximus Light"/>
                <w:b/>
                <w:color w:val="FFFFFF"/>
                <w:sz w:val="24"/>
              </w:rPr>
              <w:t xml:space="preserve"> </w:t>
            </w:r>
            <w:r w:rsidRPr="00D37921">
              <w:rPr>
                <w:rFonts w:ascii="Proximus Light" w:hAnsi="Proximus Light"/>
                <w:b/>
                <w:bCs/>
                <w:color w:val="FFFFFF"/>
                <w:sz w:val="24"/>
              </w:rPr>
              <w:t>Supporting Evidence &amp; Attachments</w:t>
            </w:r>
          </w:p>
        </w:tc>
      </w:tr>
    </w:tbl>
    <w:p w14:paraId="68D32140" w14:textId="77777777" w:rsidR="00D37921" w:rsidRPr="00D37921" w:rsidRDefault="00D37921" w:rsidP="00D37921">
      <w:pPr>
        <w:rPr>
          <w:lang w:val="en-CH"/>
        </w:rPr>
      </w:pPr>
    </w:p>
    <w:p w14:paraId="1D19D827" w14:textId="77777777" w:rsidR="00D37921" w:rsidRPr="009F7821" w:rsidRDefault="00D37921" w:rsidP="00D37921">
      <w:pPr>
        <w:spacing w:before="160" w:after="20" w:line="240" w:lineRule="auto"/>
        <w:rPr>
          <w:rFonts w:ascii="Proximus Light" w:eastAsia="Proximus Light" w:hAnsi="Proximus Light" w:cs="Proximus Light"/>
          <w:b/>
          <w:bCs/>
          <w:color w:val="auto"/>
          <w:sz w:val="18"/>
          <w:szCs w:val="18"/>
          <w:lang w:val="en-CH" w:eastAsia="en-CH"/>
        </w:rPr>
      </w:pPr>
      <w:r w:rsidRPr="009F7821">
        <w:rPr>
          <w:rFonts w:ascii="Proximus Light" w:eastAsia="Proximus Light" w:hAnsi="Proximus Light" w:cs="Proximus Light"/>
          <w:b/>
          <w:bCs/>
          <w:color w:val="auto"/>
          <w:sz w:val="18"/>
          <w:szCs w:val="18"/>
          <w:lang w:val="en-CH" w:eastAsia="en-CH"/>
        </w:rPr>
        <w:t>Attached Materials</w:t>
      </w:r>
    </w:p>
    <w:p w14:paraId="2C48EDD5" w14:textId="77777777" w:rsidR="00D37921" w:rsidRPr="00D37921" w:rsidRDefault="00D37921" w:rsidP="00D37921">
      <w:pPr>
        <w:spacing w:before="160" w:after="20" w:line="240" w:lineRule="auto"/>
        <w:rPr>
          <w:rFonts w:ascii="Times New Roman" w:eastAsia="Times New Roman" w:hAnsi="Times New Roman" w:cs="Times New Roman"/>
          <w:color w:val="auto"/>
          <w:szCs w:val="20"/>
          <w:lang w:val="en-CH" w:eastAsia="en-CH"/>
        </w:rPr>
      </w:pPr>
    </w:p>
    <w:p w14:paraId="3759427E" w14:textId="7658A3B4" w:rsidR="009F7821" w:rsidRPr="009F7821" w:rsidRDefault="00D37921" w:rsidP="00D37921">
      <w:pPr>
        <w:spacing w:after="40" w:line="240" w:lineRule="auto"/>
        <w:rPr>
          <w:rFonts w:ascii="Proximus Light" w:eastAsia="Proximus Light" w:hAnsi="Proximus Light" w:cs="Proximus Light"/>
          <w:i/>
          <w:iCs/>
          <w:color w:val="555555"/>
          <w:sz w:val="18"/>
          <w:szCs w:val="18"/>
          <w:lang w:val="en-CH" w:eastAsia="en-CH"/>
        </w:rPr>
      </w:pPr>
      <w:r w:rsidRPr="00D37921">
        <w:rPr>
          <w:rFonts w:ascii="Proximus Light" w:eastAsia="Proximus Light" w:hAnsi="Proximus Light" w:cs="Proximus Light"/>
          <w:i/>
          <w:iCs/>
          <w:color w:val="555555"/>
          <w:sz w:val="18"/>
          <w:szCs w:val="18"/>
          <w:lang w:val="en-CH" w:eastAsia="en-CH"/>
        </w:rPr>
        <w:t>Select all that apply.</w:t>
      </w:r>
    </w:p>
    <w:tbl>
      <w:tblPr>
        <w:tblW w:w="9638" w:type="dxa"/>
        <w:tblBorders>
          <w:top w:val="single" w:sz="4" w:space="0" w:color="BBBBBB"/>
          <w:left w:val="single" w:sz="4" w:space="0" w:color="BBBBBB"/>
          <w:bottom w:val="single" w:sz="4" w:space="0" w:color="BBBBBB"/>
          <w:right w:val="single" w:sz="4" w:space="0" w:color="BBBBB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D37921" w:rsidRPr="00D37921" w14:paraId="1E2639E6" w14:textId="77777777">
        <w:tc>
          <w:tcPr>
            <w:tcW w:w="4819" w:type="dxa"/>
            <w:tcBorders>
              <w:top w:val="single" w:sz="4" w:space="0" w:color="BBBBBB"/>
              <w:left w:val="single" w:sz="4" w:space="0" w:color="BBBBBB"/>
              <w:bottom w:val="single" w:sz="4" w:space="0" w:color="auto"/>
              <w:right w:val="single" w:sz="4" w:space="0" w:color="auto"/>
            </w:tcBorders>
            <w:tcMar>
              <w:top w:w="60" w:type="dxa"/>
              <w:left w:w="100" w:type="dxa"/>
              <w:bottom w:w="60" w:type="dxa"/>
              <w:right w:w="100" w:type="dxa"/>
            </w:tcMar>
            <w:hideMark/>
          </w:tcPr>
          <w:p w14:paraId="486335CF"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Log files</w:t>
            </w:r>
          </w:p>
        </w:tc>
        <w:tc>
          <w:tcPr>
            <w:tcW w:w="4819" w:type="dxa"/>
            <w:tcBorders>
              <w:top w:val="single" w:sz="4" w:space="0" w:color="BBBBBB"/>
              <w:left w:val="single" w:sz="4" w:space="0" w:color="auto"/>
              <w:bottom w:val="single" w:sz="4" w:space="0" w:color="auto"/>
              <w:right w:val="single" w:sz="4" w:space="0" w:color="BBBBBB"/>
            </w:tcBorders>
            <w:tcMar>
              <w:top w:w="60" w:type="dxa"/>
              <w:left w:w="100" w:type="dxa"/>
              <w:bottom w:w="60" w:type="dxa"/>
              <w:right w:w="100" w:type="dxa"/>
            </w:tcMar>
            <w:hideMark/>
          </w:tcPr>
          <w:p w14:paraId="21142D9A"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Screenshots</w:t>
            </w:r>
          </w:p>
        </w:tc>
      </w:tr>
      <w:tr w:rsidR="00D37921" w:rsidRPr="00D37921" w14:paraId="609EC2A6" w14:textId="77777777">
        <w:tc>
          <w:tcPr>
            <w:tcW w:w="4819" w:type="dxa"/>
            <w:tcBorders>
              <w:top w:val="single" w:sz="4" w:space="0" w:color="auto"/>
              <w:left w:val="single" w:sz="4" w:space="0" w:color="BBBBBB"/>
              <w:bottom w:val="single" w:sz="4" w:space="0" w:color="auto"/>
              <w:right w:val="single" w:sz="4" w:space="0" w:color="auto"/>
            </w:tcBorders>
            <w:tcMar>
              <w:top w:w="60" w:type="dxa"/>
              <w:left w:w="100" w:type="dxa"/>
              <w:bottom w:w="60" w:type="dxa"/>
              <w:right w:w="100" w:type="dxa"/>
            </w:tcMar>
            <w:hideMark/>
          </w:tcPr>
          <w:p w14:paraId="3B87F4F0"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Network captures (PCAP)</w:t>
            </w:r>
          </w:p>
        </w:tc>
        <w:tc>
          <w:tcPr>
            <w:tcW w:w="4819" w:type="dxa"/>
            <w:tcBorders>
              <w:top w:val="single" w:sz="4" w:space="0" w:color="auto"/>
              <w:left w:val="single" w:sz="4" w:space="0" w:color="auto"/>
              <w:bottom w:val="single" w:sz="4" w:space="0" w:color="auto"/>
              <w:right w:val="single" w:sz="4" w:space="0" w:color="BBBBBB"/>
            </w:tcBorders>
            <w:tcMar>
              <w:top w:w="60" w:type="dxa"/>
              <w:left w:w="100" w:type="dxa"/>
              <w:bottom w:w="60" w:type="dxa"/>
              <w:right w:w="100" w:type="dxa"/>
            </w:tcMar>
            <w:hideMark/>
          </w:tcPr>
          <w:p w14:paraId="69CC607E"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Malware samples</w:t>
            </w:r>
          </w:p>
        </w:tc>
      </w:tr>
      <w:tr w:rsidR="00D37921" w:rsidRPr="00D37921" w14:paraId="778F274E" w14:textId="77777777">
        <w:tc>
          <w:tcPr>
            <w:tcW w:w="4819" w:type="dxa"/>
            <w:tcBorders>
              <w:top w:val="single" w:sz="4" w:space="0" w:color="auto"/>
              <w:left w:val="single" w:sz="4" w:space="0" w:color="BBBBBB"/>
              <w:bottom w:val="single" w:sz="4" w:space="0" w:color="BBBBBB"/>
              <w:right w:val="single" w:sz="4" w:space="0" w:color="auto"/>
            </w:tcBorders>
            <w:tcMar>
              <w:top w:w="60" w:type="dxa"/>
              <w:left w:w="100" w:type="dxa"/>
              <w:bottom w:w="60" w:type="dxa"/>
              <w:right w:w="100" w:type="dxa"/>
            </w:tcMar>
            <w:hideMark/>
          </w:tcPr>
          <w:p w14:paraId="459E4454"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Email headers</w:t>
            </w:r>
          </w:p>
        </w:tc>
        <w:tc>
          <w:tcPr>
            <w:tcW w:w="4819" w:type="dxa"/>
            <w:tcBorders>
              <w:top w:val="single" w:sz="4" w:space="0" w:color="auto"/>
              <w:left w:val="single" w:sz="4" w:space="0" w:color="auto"/>
              <w:bottom w:val="single" w:sz="4" w:space="0" w:color="BBBBBB"/>
              <w:right w:val="single" w:sz="4" w:space="0" w:color="BBBBBB"/>
            </w:tcBorders>
            <w:tcMar>
              <w:top w:w="60" w:type="dxa"/>
              <w:left w:w="100" w:type="dxa"/>
              <w:bottom w:w="60" w:type="dxa"/>
              <w:right w:w="100" w:type="dxa"/>
            </w:tcMar>
            <w:hideMark/>
          </w:tcPr>
          <w:p w14:paraId="63B0252D" w14:textId="77777777" w:rsidR="00D37921" w:rsidRPr="009F7821" w:rsidRDefault="00D37921" w:rsidP="00D37921">
            <w:pPr>
              <w:spacing w:after="0" w:line="240" w:lineRule="auto"/>
              <w:rPr>
                <w:rFonts w:ascii="Times New Roman" w:eastAsia="Times New Roman" w:hAnsi="Times New Roman" w:cs="Times New Roman"/>
                <w:color w:val="auto"/>
                <w:sz w:val="18"/>
                <w:szCs w:val="18"/>
                <w:lang w:val="en-CH" w:eastAsia="en-CH"/>
              </w:rPr>
            </w:pPr>
            <w:r w:rsidRPr="009F7821">
              <w:rPr>
                <w:rFonts w:ascii="Segoe UI Symbol" w:eastAsia="Proximus Light" w:hAnsi="Segoe UI Symbol" w:cs="Segoe UI Symbol"/>
                <w:color w:val="auto"/>
                <w:sz w:val="18"/>
                <w:szCs w:val="18"/>
                <w:lang w:val="en-CH" w:eastAsia="en-CH"/>
              </w:rPr>
              <w:t>☐</w:t>
            </w:r>
            <w:r w:rsidRPr="009F7821">
              <w:rPr>
                <w:rFonts w:ascii="Proximus Light" w:eastAsia="Proximus Light" w:hAnsi="Proximus Light" w:cs="Proximus Light"/>
                <w:color w:val="auto"/>
                <w:sz w:val="18"/>
                <w:szCs w:val="18"/>
                <w:lang w:val="en-CH" w:eastAsia="en-CH"/>
              </w:rPr>
              <w:t xml:space="preserve"> Other</w:t>
            </w:r>
          </w:p>
        </w:tc>
      </w:tr>
    </w:tbl>
    <w:p w14:paraId="49E3D41F"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D37921" w:rsidRPr="00D37921" w14:paraId="6F5F5138" w14:textId="77777777">
        <w:tc>
          <w:tcPr>
            <w:tcW w:w="9638" w:type="dxa"/>
            <w:tcBorders>
              <w:top w:val="single" w:sz="6" w:space="0" w:color="8B5DC8"/>
              <w:left w:val="single" w:sz="6" w:space="0" w:color="8B5DC8"/>
              <w:bottom w:val="single" w:sz="6" w:space="0" w:color="8B5DC8"/>
              <w:right w:val="single" w:sz="6" w:space="0" w:color="8B5DC8"/>
            </w:tcBorders>
            <w:shd w:val="clear" w:color="auto" w:fill="F3EDF9"/>
            <w:tcMar>
              <w:top w:w="100" w:type="dxa"/>
              <w:left w:w="120" w:type="dxa"/>
              <w:bottom w:w="100" w:type="dxa"/>
              <w:right w:w="120" w:type="dxa"/>
            </w:tcMar>
            <w:hideMark/>
          </w:tcPr>
          <w:p w14:paraId="444D7B9C" w14:textId="77777777" w:rsidR="00D37921" w:rsidRPr="00D37921" w:rsidRDefault="00D37921" w:rsidP="00D37921">
            <w:pPr>
              <w:spacing w:after="40" w:line="240" w:lineRule="auto"/>
              <w:rPr>
                <w:rFonts w:ascii="Times New Roman" w:eastAsia="Times New Roman" w:hAnsi="Times New Roman" w:cs="Times New Roman"/>
                <w:color w:val="auto"/>
                <w:szCs w:val="20"/>
                <w:lang w:val="en-CH" w:eastAsia="en-CH"/>
              </w:rPr>
            </w:pPr>
            <w:r w:rsidRPr="00D37921">
              <w:rPr>
                <w:rFonts w:ascii="Proximus Light" w:eastAsia="Proximus Light" w:hAnsi="Proximus Light" w:cs="Proximus Light"/>
                <w:b/>
                <w:bCs/>
                <w:color w:val="auto"/>
                <w:sz w:val="18"/>
                <w:szCs w:val="18"/>
                <w:lang w:val="en-CH" w:eastAsia="en-CH"/>
              </w:rPr>
              <w:t>CONFIDENTIALITY NOTICE</w:t>
            </w:r>
          </w:p>
          <w:p w14:paraId="6B8BDB0C" w14:textId="42F83D1C"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r w:rsidRPr="00D37921">
              <w:rPr>
                <w:rFonts w:ascii="Proximus Light" w:eastAsia="Proximus Light" w:hAnsi="Proximus Light" w:cs="Proximus Light"/>
                <w:color w:val="auto"/>
                <w:sz w:val="18"/>
                <w:szCs w:val="18"/>
                <w:lang w:val="en-CH" w:eastAsia="en-CH"/>
              </w:rPr>
              <w:t xml:space="preserve">All reported information will be treated confidentially in accordance with PXS-LU-CSIRT policies (RFC 2350). See </w:t>
            </w:r>
            <w:hyperlink r:id="rId10" w:history="1">
              <w:r w:rsidRPr="004D01A0">
                <w:rPr>
                  <w:rStyle w:val="Hyperlink"/>
                  <w:rFonts w:ascii="Proximus Light" w:eastAsia="Proximus Light" w:hAnsi="Proximus Light" w:cs="Proximus Light"/>
                  <w:sz w:val="18"/>
                  <w:szCs w:val="18"/>
                  <w:lang w:val="en-CH" w:eastAsia="en-CH"/>
                </w:rPr>
                <w:t>https://www.proximusnxt.lu/en/csirt</w:t>
              </w:r>
            </w:hyperlink>
            <w:r>
              <w:rPr>
                <w:rFonts w:ascii="Proximus Light" w:eastAsia="Proximus Light" w:hAnsi="Proximus Light" w:cs="Proximus Light"/>
                <w:color w:val="auto"/>
                <w:sz w:val="18"/>
                <w:szCs w:val="18"/>
                <w:lang w:val="en-CH" w:eastAsia="en-CH"/>
              </w:rPr>
              <w:t xml:space="preserve"> </w:t>
            </w:r>
          </w:p>
        </w:tc>
      </w:tr>
    </w:tbl>
    <w:p w14:paraId="36BBC6E8"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D37921" w:rsidRPr="00D37921" w14:paraId="03E3A070" w14:textId="77777777">
        <w:tc>
          <w:tcPr>
            <w:tcW w:w="9638" w:type="dxa"/>
            <w:tcBorders>
              <w:top w:val="single" w:sz="6" w:space="0" w:color="8B5DC8"/>
              <w:left w:val="single" w:sz="6" w:space="0" w:color="8B5DC8"/>
              <w:bottom w:val="single" w:sz="6" w:space="0" w:color="8B5DC8"/>
              <w:right w:val="single" w:sz="6" w:space="0" w:color="8B5DC8"/>
            </w:tcBorders>
            <w:shd w:val="clear" w:color="auto" w:fill="F3EDF9"/>
            <w:tcMar>
              <w:top w:w="100" w:type="dxa"/>
              <w:left w:w="120" w:type="dxa"/>
              <w:bottom w:w="100" w:type="dxa"/>
              <w:right w:w="120" w:type="dxa"/>
            </w:tcMar>
            <w:hideMark/>
          </w:tcPr>
          <w:p w14:paraId="5CCA8BF8" w14:textId="77777777" w:rsidR="00D37921" w:rsidRPr="00D37921" w:rsidRDefault="00D37921" w:rsidP="00D37921">
            <w:pPr>
              <w:spacing w:after="40" w:line="240" w:lineRule="auto"/>
              <w:rPr>
                <w:rFonts w:ascii="Times New Roman" w:eastAsia="Times New Roman" w:hAnsi="Times New Roman" w:cs="Times New Roman"/>
                <w:color w:val="auto"/>
                <w:szCs w:val="20"/>
                <w:lang w:val="en-CH" w:eastAsia="en-CH"/>
              </w:rPr>
            </w:pPr>
            <w:r w:rsidRPr="00D37921">
              <w:rPr>
                <w:rFonts w:ascii="Proximus Light" w:eastAsia="Proximus Light" w:hAnsi="Proximus Light" w:cs="Proximus Light"/>
                <w:b/>
                <w:bCs/>
                <w:color w:val="auto"/>
                <w:sz w:val="18"/>
                <w:szCs w:val="18"/>
                <w:lang w:val="en-CH" w:eastAsia="en-CH"/>
              </w:rPr>
              <w:t>SUBMISSION INSTRUCTIONS</w:t>
            </w:r>
          </w:p>
          <w:p w14:paraId="61689331"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r w:rsidRPr="00D37921">
              <w:rPr>
                <w:rFonts w:ascii="Proximus Light" w:eastAsia="Proximus Light" w:hAnsi="Proximus Light" w:cs="Proximus Light"/>
                <w:color w:val="auto"/>
                <w:sz w:val="18"/>
                <w:szCs w:val="18"/>
                <w:lang w:val="en-CH" w:eastAsia="en-CH"/>
              </w:rPr>
              <w:t>Please send this completed form along with any attached evidence to csirt (at) proximus (dot) lu. PGP/GPG encryption is strongly recommended (PGP KeyID: 6E2EA9F8).</w:t>
            </w:r>
          </w:p>
        </w:tc>
      </w:tr>
    </w:tbl>
    <w:p w14:paraId="4E8E8FCD" w14:textId="77777777" w:rsidR="00D37921" w:rsidRPr="00D37921" w:rsidRDefault="00D37921" w:rsidP="00D37921">
      <w:pPr>
        <w:spacing w:after="0" w:line="240" w:lineRule="auto"/>
        <w:rPr>
          <w:rFonts w:ascii="Times New Roman" w:eastAsia="Times New Roman" w:hAnsi="Times New Roman" w:cs="Times New Roman"/>
          <w:color w:val="auto"/>
          <w:szCs w:val="20"/>
          <w:lang w:val="en-CH" w:eastAsia="en-CH"/>
        </w:rPr>
      </w:pPr>
    </w:p>
    <w:p w14:paraId="27A3BCD9" w14:textId="77777777" w:rsidR="00D37921" w:rsidRPr="00D37921" w:rsidRDefault="00D37921" w:rsidP="00D37921">
      <w:pPr>
        <w:rPr>
          <w:lang w:val="en-CH"/>
        </w:rPr>
      </w:pPr>
    </w:p>
    <w:sectPr w:rsidR="00D37921" w:rsidRPr="00D37921" w:rsidSect="00A924B6">
      <w:headerReference w:type="default" r:id="rId11"/>
      <w:footerReference w:type="default" r:id="rId12"/>
      <w:pgSz w:w="11906" w:h="16838"/>
      <w:pgMar w:top="1417" w:right="1134" w:bottom="1417"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37F63" w14:textId="77777777" w:rsidR="00214A93" w:rsidRDefault="00214A93" w:rsidP="00535842">
      <w:pPr>
        <w:spacing w:after="0" w:line="240" w:lineRule="auto"/>
      </w:pPr>
      <w:r>
        <w:separator/>
      </w:r>
    </w:p>
  </w:endnote>
  <w:endnote w:type="continuationSeparator" w:id="0">
    <w:p w14:paraId="54C5F641" w14:textId="77777777" w:rsidR="00214A93" w:rsidRDefault="00214A93" w:rsidP="00535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roximus Light">
    <w:panose1 w:val="00000400000000000000"/>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roximus">
    <w:panose1 w:val="000005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83F8" w14:textId="786DA87F" w:rsidR="003C7ABA" w:rsidRPr="007857E2" w:rsidRDefault="003C7ABA" w:rsidP="003C7ABA">
    <w:pPr>
      <w:pStyle w:val="FooterText"/>
      <w:rPr>
        <w:lang w:val="fr-FR"/>
      </w:rPr>
    </w:pPr>
    <w:r w:rsidRPr="003C7ABA">
      <w:rPr>
        <w:rFonts w:ascii="Proximus" w:eastAsia="Proximus" w:hAnsi="Proximus"/>
        <w:b/>
        <w:bCs/>
        <w:color w:val="5C2D91"/>
        <w:szCs w:val="12"/>
        <w:lang w:val="fr-FR"/>
      </w:rPr>
      <w:t>Proximus Luxembourg S.A.</w:t>
    </w:r>
    <w:r w:rsidRPr="003C7ABA">
      <w:rPr>
        <w:rFonts w:ascii="Proximus" w:eastAsia="Proximus" w:hAnsi="Proximus"/>
        <w:color w:val="5C2D91"/>
        <w:sz w:val="24"/>
        <w:lang w:val="fr-FR"/>
      </w:rPr>
      <w:t xml:space="preserve"> </w:t>
    </w:r>
    <w:r w:rsidRPr="007857E2">
      <w:rPr>
        <w:lang w:val="fr-FR"/>
      </w:rPr>
      <w:t xml:space="preserve">| 18, rue du Puits Romain – Z.A Bourmicht | L-8070 Bertrange – Luxembourg | T +352 45 09 15 – 1 | F +352 45 09 11 </w:t>
    </w:r>
    <w:r w:rsidRPr="007857E2">
      <w:rPr>
        <w:color w:val="000000" w:themeColor="text1"/>
        <w:lang w:val="fr-FR"/>
      </w:rPr>
      <w:t>www.proximusnxt.lu</w:t>
    </w:r>
  </w:p>
  <w:p w14:paraId="0682B948" w14:textId="77777777" w:rsidR="003C7ABA" w:rsidRDefault="003C7ABA" w:rsidP="003C7ABA">
    <w:pPr>
      <w:pStyle w:val="FooterText"/>
      <w:rPr>
        <w:lang w:val="en-US"/>
      </w:rPr>
    </w:pPr>
    <w:r w:rsidRPr="00BB0D52">
      <w:rPr>
        <w:lang w:val="en-US"/>
      </w:rPr>
      <w:t>VAT LU 15605033 | RCS Luxembourg B 19.669 | Autorisation d’établissement N°00116315 / 3 | ISO 27001 (Cybersecurity, Housing &amp; Hosting, Managed and Outsourcing Services) &amp; ISO 9001 certifications</w:t>
    </w:r>
    <w:r>
      <w:rPr>
        <w:lang w:val="en-US"/>
      </w:rPr>
      <w:t xml:space="preserve"> </w:t>
    </w:r>
    <w:r w:rsidRPr="00BB0D52">
      <w:rPr>
        <w:lang w:val="en-US"/>
      </w:rPr>
      <w:t>| Sensitivity:</w:t>
    </w:r>
    <w:r>
      <w:rPr>
        <w:lang w:val="en-US"/>
      </w:rPr>
      <w:t xml:space="preserve"> Public / TLP: CLEAR</w:t>
    </w:r>
  </w:p>
  <w:p w14:paraId="4F1C1622" w14:textId="77777777" w:rsidR="00F117FD" w:rsidRPr="00F01F0A" w:rsidRDefault="00F117FD" w:rsidP="00F117FD">
    <w:pPr>
      <w:pStyle w:val="Footer"/>
      <w:jc w:val="center"/>
      <w:rPr>
        <w:rStyle w:val="PageNumber"/>
        <w:rFonts w:ascii="Proximus Light" w:hAnsi="Proximus Light"/>
        <w:color w:val="000000" w:themeColor="text1" w:themeShade="80"/>
        <w:sz w:val="14"/>
        <w:szCs w:val="14"/>
      </w:rPr>
    </w:pPr>
    <w:r w:rsidRPr="00875E2E">
      <w:rPr>
        <w:rStyle w:val="PageNumber"/>
        <w:rFonts w:ascii="Proximus Light" w:hAnsi="Proximus Light"/>
        <w:color w:val="000000" w:themeColor="text1"/>
        <w:sz w:val="14"/>
        <w:szCs w:val="14"/>
      </w:rPr>
      <w:fldChar w:fldCharType="begin"/>
    </w:r>
    <w:r w:rsidRPr="00F01F0A">
      <w:rPr>
        <w:rStyle w:val="PageNumber"/>
        <w:rFonts w:ascii="Proximus Light" w:hAnsi="Proximus Light"/>
        <w:color w:val="000000" w:themeColor="text1"/>
        <w:sz w:val="14"/>
        <w:szCs w:val="14"/>
      </w:rPr>
      <w:instrText xml:space="preserve"> PAGE  \* Arabic  \* MERGEFORMAT </w:instrText>
    </w:r>
    <w:r w:rsidRPr="00875E2E">
      <w:rPr>
        <w:rStyle w:val="PageNumber"/>
        <w:rFonts w:ascii="Proximus Light" w:hAnsi="Proximus Light"/>
        <w:color w:val="000000" w:themeColor="text1"/>
        <w:sz w:val="14"/>
        <w:szCs w:val="14"/>
      </w:rPr>
      <w:fldChar w:fldCharType="separate"/>
    </w:r>
    <w:r>
      <w:rPr>
        <w:rStyle w:val="PageNumber"/>
        <w:rFonts w:ascii="Proximus Light" w:hAnsi="Proximus Light"/>
        <w:color w:val="000000" w:themeColor="text1"/>
        <w:sz w:val="14"/>
        <w:szCs w:val="14"/>
      </w:rPr>
      <w:t>1</w:t>
    </w:r>
    <w:r w:rsidRPr="00875E2E">
      <w:rPr>
        <w:rStyle w:val="PageNumber"/>
        <w:rFonts w:ascii="Proximus Light" w:hAnsi="Proximus Light"/>
        <w:color w:val="000000" w:themeColor="text1"/>
        <w:sz w:val="14"/>
        <w:szCs w:val="14"/>
      </w:rPr>
      <w:fldChar w:fldCharType="end"/>
    </w:r>
    <w:r w:rsidRPr="00F01F0A">
      <w:rPr>
        <w:rStyle w:val="PageNumber"/>
        <w:rFonts w:ascii="Proximus Light" w:hAnsi="Proximus Light"/>
        <w:color w:val="000000" w:themeColor="text1"/>
        <w:sz w:val="14"/>
        <w:szCs w:val="14"/>
      </w:rPr>
      <w:t xml:space="preserve"> / </w:t>
    </w:r>
    <w:r w:rsidRPr="00875E2E">
      <w:rPr>
        <w:rStyle w:val="PageNumber"/>
        <w:rFonts w:ascii="Proximus Light" w:hAnsi="Proximus Light"/>
        <w:color w:val="000000" w:themeColor="text1"/>
        <w:sz w:val="14"/>
        <w:szCs w:val="14"/>
      </w:rPr>
      <w:fldChar w:fldCharType="begin"/>
    </w:r>
    <w:r w:rsidRPr="00F01F0A">
      <w:rPr>
        <w:rStyle w:val="PageNumber"/>
        <w:rFonts w:ascii="Proximus Light" w:hAnsi="Proximus Light"/>
        <w:color w:val="000000" w:themeColor="text1"/>
        <w:sz w:val="14"/>
        <w:szCs w:val="14"/>
      </w:rPr>
      <w:instrText xml:space="preserve"> NUMPAGES  \* Arabic  \* MERGEFORMAT </w:instrText>
    </w:r>
    <w:r w:rsidRPr="00875E2E">
      <w:rPr>
        <w:rStyle w:val="PageNumber"/>
        <w:rFonts w:ascii="Proximus Light" w:hAnsi="Proximus Light"/>
        <w:color w:val="000000" w:themeColor="text1"/>
        <w:sz w:val="14"/>
        <w:szCs w:val="14"/>
      </w:rPr>
      <w:fldChar w:fldCharType="separate"/>
    </w:r>
    <w:r>
      <w:rPr>
        <w:rStyle w:val="PageNumber"/>
        <w:rFonts w:ascii="Proximus Light" w:hAnsi="Proximus Light"/>
        <w:color w:val="000000" w:themeColor="text1"/>
        <w:sz w:val="14"/>
        <w:szCs w:val="14"/>
      </w:rPr>
      <w:t>3</w:t>
    </w:r>
    <w:r w:rsidRPr="00875E2E">
      <w:rPr>
        <w:rStyle w:val="PageNumber"/>
        <w:rFonts w:ascii="Proximus Light" w:hAnsi="Proximus Light"/>
        <w:color w:val="000000" w:themeColor="text1"/>
        <w:sz w:val="14"/>
        <w:szCs w:val="14"/>
      </w:rPr>
      <w:fldChar w:fldCharType="end"/>
    </w:r>
  </w:p>
  <w:p w14:paraId="510BDCA2" w14:textId="77777777" w:rsidR="00F117FD" w:rsidRPr="00BB0D52" w:rsidRDefault="00F117FD" w:rsidP="003C7ABA">
    <w:pPr>
      <w:pStyle w:val="FooterText"/>
      <w:rPr>
        <w:lang w:val="en-US"/>
      </w:rPr>
    </w:pPr>
  </w:p>
  <w:p w14:paraId="501784FE" w14:textId="77777777" w:rsidR="003C7ABA" w:rsidRDefault="003C7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3B643" w14:textId="77777777" w:rsidR="00214A93" w:rsidRDefault="00214A93" w:rsidP="00535842">
      <w:pPr>
        <w:spacing w:after="0" w:line="240" w:lineRule="auto"/>
      </w:pPr>
      <w:r>
        <w:separator/>
      </w:r>
    </w:p>
  </w:footnote>
  <w:footnote w:type="continuationSeparator" w:id="0">
    <w:p w14:paraId="5BECBF20" w14:textId="77777777" w:rsidR="00214A93" w:rsidRDefault="00214A93" w:rsidP="00535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AD3C" w14:textId="1B130DB0" w:rsidR="003C7ABA" w:rsidRDefault="003C7ABA" w:rsidP="003C7ABA">
    <w:pPr>
      <w:pStyle w:val="Header"/>
      <w:ind w:left="-851"/>
    </w:pPr>
    <w:r>
      <w:rPr>
        <w:noProof/>
      </w:rPr>
      <w:drawing>
        <wp:inline distT="0" distB="0" distL="0" distR="0" wp14:anchorId="4500EA4F" wp14:editId="4F29BC94">
          <wp:extent cx="1723848" cy="659219"/>
          <wp:effectExtent l="0" t="0" r="0" b="0"/>
          <wp:docPr id="26" name="Picture 1" descr="A black backgroun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A black background with purpl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402" cy="6701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4A180A"/>
    <w:multiLevelType w:val="hybridMultilevel"/>
    <w:tmpl w:val="3766A786"/>
    <w:lvl w:ilvl="0" w:tplc="B72234B4">
      <w:numFmt w:val="bullet"/>
      <w:lvlText w:val="•"/>
      <w:lvlJc w:val="left"/>
      <w:pPr>
        <w:ind w:left="720" w:hanging="360"/>
      </w:pPr>
      <w:rPr>
        <w:rFonts w:ascii="Proximus Light" w:eastAsiaTheme="minorEastAsia" w:hAnsi="Proximus Light"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A68768F"/>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D477DC"/>
    <w:multiLevelType w:val="hybridMultilevel"/>
    <w:tmpl w:val="04126742"/>
    <w:lvl w:ilvl="0" w:tplc="B72234B4">
      <w:numFmt w:val="bullet"/>
      <w:lvlText w:val="•"/>
      <w:lvlJc w:val="left"/>
      <w:pPr>
        <w:ind w:left="720" w:hanging="360"/>
      </w:pPr>
      <w:rPr>
        <w:rFonts w:ascii="Proximus Light" w:eastAsiaTheme="minorEastAsia" w:hAnsi="Proximus Light"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B1B1C8F"/>
    <w:multiLevelType w:val="hybridMultilevel"/>
    <w:tmpl w:val="95A685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22240C0"/>
    <w:multiLevelType w:val="hybridMultilevel"/>
    <w:tmpl w:val="EF4CF4F8"/>
    <w:lvl w:ilvl="0" w:tplc="5B36AFEA">
      <w:start w:val="1"/>
      <w:numFmt w:val="decimal"/>
      <w:pStyle w:val="Heading2"/>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4885DA7"/>
    <w:multiLevelType w:val="hybridMultilevel"/>
    <w:tmpl w:val="52FAD498"/>
    <w:lvl w:ilvl="0" w:tplc="7362F880">
      <w:start w:val="1"/>
      <w:numFmt w:val="bullet"/>
      <w:lvlText w:val="●"/>
      <w:lvlJc w:val="left"/>
      <w:pPr>
        <w:ind w:left="720" w:hanging="360"/>
      </w:pPr>
    </w:lvl>
    <w:lvl w:ilvl="1" w:tplc="D2FCB1F6">
      <w:start w:val="1"/>
      <w:numFmt w:val="bullet"/>
      <w:lvlText w:val="○"/>
      <w:lvlJc w:val="left"/>
      <w:pPr>
        <w:ind w:left="1440" w:hanging="360"/>
      </w:pPr>
    </w:lvl>
    <w:lvl w:ilvl="2" w:tplc="C44C3276">
      <w:start w:val="1"/>
      <w:numFmt w:val="bullet"/>
      <w:lvlText w:val="■"/>
      <w:lvlJc w:val="left"/>
      <w:pPr>
        <w:ind w:left="2160" w:hanging="360"/>
      </w:pPr>
    </w:lvl>
    <w:lvl w:ilvl="3" w:tplc="1E90DCA2">
      <w:start w:val="1"/>
      <w:numFmt w:val="bullet"/>
      <w:lvlText w:val="●"/>
      <w:lvlJc w:val="left"/>
      <w:pPr>
        <w:ind w:left="2880" w:hanging="360"/>
      </w:pPr>
    </w:lvl>
    <w:lvl w:ilvl="4" w:tplc="AE7C6DB6">
      <w:start w:val="1"/>
      <w:numFmt w:val="bullet"/>
      <w:lvlText w:val="○"/>
      <w:lvlJc w:val="left"/>
      <w:pPr>
        <w:ind w:left="3600" w:hanging="360"/>
      </w:pPr>
    </w:lvl>
    <w:lvl w:ilvl="5" w:tplc="5D2CC24C">
      <w:start w:val="1"/>
      <w:numFmt w:val="bullet"/>
      <w:lvlText w:val="■"/>
      <w:lvlJc w:val="left"/>
      <w:pPr>
        <w:ind w:left="4320" w:hanging="360"/>
      </w:pPr>
    </w:lvl>
    <w:lvl w:ilvl="6" w:tplc="54D6EBE2">
      <w:start w:val="1"/>
      <w:numFmt w:val="bullet"/>
      <w:lvlText w:val="●"/>
      <w:lvlJc w:val="left"/>
      <w:pPr>
        <w:ind w:left="5040" w:hanging="360"/>
      </w:pPr>
    </w:lvl>
    <w:lvl w:ilvl="7" w:tplc="DC4E410A">
      <w:start w:val="1"/>
      <w:numFmt w:val="bullet"/>
      <w:lvlText w:val="●"/>
      <w:lvlJc w:val="left"/>
      <w:pPr>
        <w:ind w:left="5760" w:hanging="360"/>
      </w:pPr>
    </w:lvl>
    <w:lvl w:ilvl="8" w:tplc="7422BB08">
      <w:start w:val="1"/>
      <w:numFmt w:val="bullet"/>
      <w:lvlText w:val="●"/>
      <w:lvlJc w:val="left"/>
      <w:pPr>
        <w:ind w:left="6480" w:hanging="360"/>
      </w:pPr>
    </w:lvl>
  </w:abstractNum>
  <w:num w:numId="1" w16cid:durableId="1669407966">
    <w:abstractNumId w:val="8"/>
  </w:num>
  <w:num w:numId="2" w16cid:durableId="749739490">
    <w:abstractNumId w:val="6"/>
  </w:num>
  <w:num w:numId="3" w16cid:durableId="235633405">
    <w:abstractNumId w:val="5"/>
  </w:num>
  <w:num w:numId="4" w16cid:durableId="897787633">
    <w:abstractNumId w:val="4"/>
  </w:num>
  <w:num w:numId="5" w16cid:durableId="1469662280">
    <w:abstractNumId w:val="7"/>
  </w:num>
  <w:num w:numId="6" w16cid:durableId="2039625185">
    <w:abstractNumId w:val="3"/>
  </w:num>
  <w:num w:numId="7" w16cid:durableId="47650209">
    <w:abstractNumId w:val="2"/>
  </w:num>
  <w:num w:numId="8" w16cid:durableId="212272697">
    <w:abstractNumId w:val="1"/>
  </w:num>
  <w:num w:numId="9" w16cid:durableId="1172178485">
    <w:abstractNumId w:val="0"/>
  </w:num>
  <w:num w:numId="10" w16cid:durableId="2091273577">
    <w:abstractNumId w:val="10"/>
  </w:num>
  <w:num w:numId="11" w16cid:durableId="102652349">
    <w:abstractNumId w:val="13"/>
  </w:num>
  <w:num w:numId="12" w16cid:durableId="1172987672">
    <w:abstractNumId w:val="14"/>
    <w:lvlOverride w:ilvl="0">
      <w:startOverride w:val="1"/>
    </w:lvlOverride>
  </w:num>
  <w:num w:numId="13" w16cid:durableId="1237015292">
    <w:abstractNumId w:val="12"/>
  </w:num>
  <w:num w:numId="14" w16cid:durableId="64693252">
    <w:abstractNumId w:val="9"/>
  </w:num>
  <w:num w:numId="15" w16cid:durableId="4431551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0CB"/>
    <w:rsid w:val="00094245"/>
    <w:rsid w:val="00122CF5"/>
    <w:rsid w:val="0015074B"/>
    <w:rsid w:val="00214A93"/>
    <w:rsid w:val="0029639D"/>
    <w:rsid w:val="0030415E"/>
    <w:rsid w:val="00326F90"/>
    <w:rsid w:val="00336549"/>
    <w:rsid w:val="003C7ABA"/>
    <w:rsid w:val="003E7F42"/>
    <w:rsid w:val="004C3DC8"/>
    <w:rsid w:val="00520A12"/>
    <w:rsid w:val="00535842"/>
    <w:rsid w:val="00570968"/>
    <w:rsid w:val="006D555B"/>
    <w:rsid w:val="00716192"/>
    <w:rsid w:val="0077634C"/>
    <w:rsid w:val="007D6AA5"/>
    <w:rsid w:val="00806AEC"/>
    <w:rsid w:val="008D1D92"/>
    <w:rsid w:val="009214D3"/>
    <w:rsid w:val="00925097"/>
    <w:rsid w:val="009F7821"/>
    <w:rsid w:val="009F7C9D"/>
    <w:rsid w:val="00A924B6"/>
    <w:rsid w:val="00AA1D8D"/>
    <w:rsid w:val="00B47730"/>
    <w:rsid w:val="00BC4CEF"/>
    <w:rsid w:val="00BC5F2E"/>
    <w:rsid w:val="00C417F9"/>
    <w:rsid w:val="00CB0664"/>
    <w:rsid w:val="00CF416B"/>
    <w:rsid w:val="00CF7333"/>
    <w:rsid w:val="00D37921"/>
    <w:rsid w:val="00D41B51"/>
    <w:rsid w:val="00DC23DE"/>
    <w:rsid w:val="00E14AF4"/>
    <w:rsid w:val="00E14CD4"/>
    <w:rsid w:val="00ED213F"/>
    <w:rsid w:val="00F10D8E"/>
    <w:rsid w:val="00F117FD"/>
    <w:rsid w:val="00F71D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B5CAAD"/>
  <w14:defaultImageDpi w14:val="300"/>
  <w15:docId w15:val="{A625BCA9-501A-456A-9BED-8F643A3F5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Calibri" w:hAnsi="Calibri"/>
      <w:color w:val="333333"/>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5B2D8E"/>
      <w:sz w:val="32"/>
      <w:szCs w:val="28"/>
    </w:rPr>
  </w:style>
  <w:style w:type="paragraph" w:styleId="Heading2">
    <w:name w:val="heading 2"/>
    <w:basedOn w:val="Normal"/>
    <w:next w:val="Normal"/>
    <w:link w:val="Heading2Char"/>
    <w:uiPriority w:val="9"/>
    <w:unhideWhenUsed/>
    <w:qFormat/>
    <w:rsid w:val="000720CB"/>
    <w:pPr>
      <w:keepNext/>
      <w:keepLines/>
      <w:numPr>
        <w:numId w:val="11"/>
      </w:numPr>
      <w:spacing w:before="200" w:after="0"/>
      <w:outlineLvl w:val="1"/>
    </w:pPr>
    <w:rPr>
      <w:rFonts w:asciiTheme="majorHAnsi" w:eastAsiaTheme="majorEastAsia" w:hAnsiTheme="majorHAnsi" w:cstheme="majorBidi"/>
      <w:b/>
      <w:bCs/>
      <w:color w:val="5B2D8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5B2D8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aliases w:val="Main Table"/>
    <w:basedOn w:val="TableNormal"/>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oterText">
    <w:name w:val="Footer_Text"/>
    <w:basedOn w:val="Footer"/>
    <w:link w:val="FooterTextChar"/>
    <w:autoRedefine/>
    <w:qFormat/>
    <w:rsid w:val="00535842"/>
    <w:pPr>
      <w:tabs>
        <w:tab w:val="clear" w:pos="4680"/>
        <w:tab w:val="clear" w:pos="9360"/>
        <w:tab w:val="center" w:pos="4536"/>
        <w:tab w:val="right" w:pos="9072"/>
      </w:tabs>
      <w:spacing w:line="360" w:lineRule="auto"/>
      <w:jc w:val="center"/>
    </w:pPr>
    <w:rPr>
      <w:rFonts w:ascii="Proximus Light" w:eastAsiaTheme="minorHAnsi" w:hAnsi="Proximus Light" w:cs="Proximus"/>
      <w:color w:val="auto"/>
      <w:sz w:val="12"/>
      <w:szCs w:val="24"/>
      <w:lang w:val="fr-LU"/>
    </w:rPr>
  </w:style>
  <w:style w:type="character" w:customStyle="1" w:styleId="FooterTextChar">
    <w:name w:val="Footer_Text Char"/>
    <w:basedOn w:val="FooterChar"/>
    <w:link w:val="FooterText"/>
    <w:rsid w:val="00535842"/>
    <w:rPr>
      <w:rFonts w:ascii="Proximus Light" w:eastAsiaTheme="minorHAnsi" w:hAnsi="Proximus Light" w:cs="Proximus"/>
      <w:sz w:val="12"/>
      <w:szCs w:val="24"/>
      <w:lang w:val="fr-LU"/>
    </w:rPr>
  </w:style>
  <w:style w:type="paragraph" w:customStyle="1" w:styleId="Text">
    <w:name w:val="Text"/>
    <w:basedOn w:val="Normal"/>
    <w:link w:val="TextCar"/>
    <w:autoRedefine/>
    <w:qFormat/>
    <w:rsid w:val="003C7ABA"/>
    <w:pPr>
      <w:spacing w:after="0" w:line="240" w:lineRule="auto"/>
      <w:jc w:val="both"/>
    </w:pPr>
    <w:rPr>
      <w:rFonts w:asciiTheme="minorHAnsi" w:eastAsiaTheme="minorHAnsi" w:hAnsiTheme="minorHAnsi" w:cs="Proximus"/>
      <w:bCs/>
      <w:color w:val="auto"/>
      <w:sz w:val="24"/>
      <w:szCs w:val="20"/>
      <w:lang w:eastAsia="fr-FR" w:bidi="fr-FR"/>
    </w:rPr>
  </w:style>
  <w:style w:type="character" w:customStyle="1" w:styleId="TextCar">
    <w:name w:val="Text Car"/>
    <w:basedOn w:val="DefaultParagraphFont"/>
    <w:link w:val="Text"/>
    <w:rsid w:val="003C7ABA"/>
    <w:rPr>
      <w:rFonts w:eastAsiaTheme="minorHAnsi" w:cs="Proximus"/>
      <w:bCs/>
      <w:sz w:val="24"/>
      <w:szCs w:val="20"/>
      <w:lang w:eastAsia="fr-FR" w:bidi="fr-FR"/>
    </w:rPr>
  </w:style>
  <w:style w:type="character" w:styleId="Hyperlink">
    <w:name w:val="Hyperlink"/>
    <w:basedOn w:val="DefaultParagraphFont"/>
    <w:uiPriority w:val="99"/>
    <w:unhideWhenUsed/>
    <w:rsid w:val="003C7ABA"/>
    <w:rPr>
      <w:color w:val="0000FF"/>
      <w:u w:val="single"/>
    </w:rPr>
  </w:style>
  <w:style w:type="character" w:styleId="PageNumber">
    <w:name w:val="page number"/>
    <w:basedOn w:val="DefaultParagraphFont"/>
    <w:uiPriority w:val="99"/>
    <w:semiHidden/>
    <w:unhideWhenUsed/>
    <w:rsid w:val="00F117FD"/>
  </w:style>
  <w:style w:type="character" w:styleId="UnresolvedMention">
    <w:name w:val="Unresolved Mention"/>
    <w:basedOn w:val="DefaultParagraphFont"/>
    <w:uiPriority w:val="99"/>
    <w:semiHidden/>
    <w:unhideWhenUsed/>
    <w:rsid w:val="00D4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roximusnxt.lu/en/csir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10</Pages>
  <Words>576</Words>
  <Characters>3476</Characters>
  <Application>Microsoft Office Word</Application>
  <DocSecurity>0</DocSecurity>
  <Lines>144</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BOUTET Joany</cp:lastModifiedBy>
  <cp:revision>19</cp:revision>
  <cp:lastPrinted>2026-07-21T14:11:00Z</cp:lastPrinted>
  <dcterms:created xsi:type="dcterms:W3CDTF">2013-12-23T23:15:00Z</dcterms:created>
  <dcterms:modified xsi:type="dcterms:W3CDTF">2026-07-21T15:03:00Z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204327663</vt:i4>
  </property>
  <property fmtid="{D5CDD505-2E9C-101B-9397-08002B2CF9AE}" pid="3" name="_NewReviewCycle">
    <vt:lpwstr/>
  </property>
  <property fmtid="{D5CDD505-2E9C-101B-9397-08002B2CF9AE}" pid="4" name="_EmailSubject">
    <vt:lpwstr>[PXS-LU-CSIRT] Modification sur site PXS LU</vt:lpwstr>
  </property>
  <property fmtid="{D5CDD505-2E9C-101B-9397-08002B2CF9AE}" pid="5" name="_AuthorEmail">
    <vt:lpwstr>joany.boutet@proximus.lu</vt:lpwstr>
  </property>
  <property fmtid="{D5CDD505-2E9C-101B-9397-08002B2CF9AE}" pid="6" name="_AuthorEmailDisplayName">
    <vt:lpwstr>BOUTET Joany</vt:lpwstr>
  </property>
</Properties>
</file>